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A13B5" w14:textId="77777777" w:rsidR="004F6547" w:rsidRPr="00D037B0" w:rsidRDefault="00000000" w:rsidP="004F6547">
      <w:pPr>
        <w:rPr>
          <w:rFonts w:ascii="Aptos" w:hAnsi="Aptos"/>
          <w:sz w:val="22"/>
          <w:szCs w:val="22"/>
        </w:rPr>
      </w:pPr>
      <w:r w:rsidRPr="00D037B0">
        <w:rPr>
          <w:rFonts w:ascii="Aptos" w:hAnsi="Aptos"/>
          <w:sz w:val="22"/>
          <w:szCs w:val="22"/>
        </w:rPr>
        <w:br/>
      </w:r>
    </w:p>
    <w:p w14:paraId="5ED2DC05" w14:textId="5BFB4291" w:rsidR="004F6547" w:rsidRPr="00D037B0" w:rsidRDefault="004F6547" w:rsidP="004F6547">
      <w:pPr>
        <w:pStyle w:val="Normln1"/>
        <w:rPr>
          <w:rFonts w:ascii="Aptos" w:hAnsi="Aptos"/>
          <w:sz w:val="22"/>
          <w:szCs w:val="22"/>
          <w:u w:val="single"/>
        </w:rPr>
      </w:pPr>
      <w:r w:rsidRPr="00D037B0">
        <w:rPr>
          <w:rFonts w:ascii="Aptos" w:hAnsi="Aptos"/>
          <w:b/>
          <w:bCs/>
          <w:sz w:val="22"/>
          <w:szCs w:val="22"/>
          <w:u w:val="single"/>
        </w:rPr>
        <w:t>POPIS SYSTÉMU ŠKOLENÍ PRO TRENÉRY A ROZHODČÍ</w:t>
      </w:r>
    </w:p>
    <w:p w14:paraId="5A4FA0C7" w14:textId="77777777" w:rsidR="004F6547" w:rsidRPr="00D037B0" w:rsidRDefault="004F6547" w:rsidP="004F6547">
      <w:pPr>
        <w:pStyle w:val="Normln1"/>
        <w:jc w:val="center"/>
        <w:rPr>
          <w:rFonts w:ascii="Aptos" w:hAnsi="Aptos"/>
          <w:b/>
          <w:bCs/>
          <w:sz w:val="22"/>
          <w:szCs w:val="22"/>
          <w:u w:val="single"/>
        </w:rPr>
      </w:pPr>
    </w:p>
    <w:p w14:paraId="3BD7E0E3" w14:textId="77777777" w:rsidR="004F6547" w:rsidRPr="00D037B0" w:rsidRDefault="004F6547" w:rsidP="004F6547">
      <w:pPr>
        <w:pStyle w:val="Normln1"/>
        <w:rPr>
          <w:rFonts w:ascii="Aptos" w:hAnsi="Aptos"/>
          <w:sz w:val="22"/>
          <w:szCs w:val="22"/>
        </w:rPr>
      </w:pPr>
      <w:r w:rsidRPr="00D037B0">
        <w:rPr>
          <w:rFonts w:ascii="Aptos" w:hAnsi="Aptos"/>
          <w:sz w:val="22"/>
          <w:szCs w:val="22"/>
        </w:rPr>
        <w:t>ČSVM zajišťuje pro trenéry a rozhodčí školení následující školení:</w:t>
      </w:r>
    </w:p>
    <w:p w14:paraId="63DB4233" w14:textId="77777777" w:rsidR="004F6547" w:rsidRPr="00D037B0" w:rsidRDefault="004F6547" w:rsidP="004F6547">
      <w:pPr>
        <w:pStyle w:val="Default"/>
        <w:rPr>
          <w:rFonts w:ascii="Aptos" w:hAnsi="Aptos"/>
          <w:sz w:val="22"/>
          <w:szCs w:val="22"/>
        </w:rPr>
      </w:pPr>
    </w:p>
    <w:p w14:paraId="6D878148" w14:textId="77777777" w:rsidR="004F6547" w:rsidRPr="00D037B0" w:rsidRDefault="004F6547" w:rsidP="004F6547">
      <w:pPr>
        <w:pStyle w:val="Default"/>
        <w:rPr>
          <w:rFonts w:ascii="Aptos" w:hAnsi="Aptos"/>
          <w:sz w:val="22"/>
          <w:szCs w:val="22"/>
        </w:rPr>
      </w:pPr>
      <w:r w:rsidRPr="00D037B0">
        <w:rPr>
          <w:rFonts w:ascii="Aptos" w:hAnsi="Aptos"/>
          <w:b/>
          <w:bCs/>
          <w:sz w:val="22"/>
          <w:szCs w:val="22"/>
        </w:rPr>
        <w:t xml:space="preserve">Mezinárodní pravidla UIM – četnost školení – minimálně jednou ročně, vždy po zveřejnění nových mezinárodních pravidel U.I.M. Zpravidla koncem března. </w:t>
      </w:r>
    </w:p>
    <w:p w14:paraId="0277906F" w14:textId="77777777" w:rsidR="004F6547" w:rsidRPr="00D037B0" w:rsidRDefault="004F6547" w:rsidP="004F6547">
      <w:pPr>
        <w:pStyle w:val="Default"/>
        <w:jc w:val="both"/>
        <w:rPr>
          <w:rFonts w:ascii="Aptos" w:hAnsi="Aptos"/>
          <w:sz w:val="22"/>
          <w:szCs w:val="22"/>
        </w:rPr>
      </w:pPr>
      <w:r w:rsidRPr="00D037B0">
        <w:rPr>
          <w:rFonts w:ascii="Aptos" w:hAnsi="Aptos"/>
          <w:b/>
          <w:bCs/>
          <w:sz w:val="22"/>
          <w:szCs w:val="22"/>
        </w:rPr>
        <w:t>Školitelé:</w:t>
      </w:r>
    </w:p>
    <w:p w14:paraId="3FECADBE" w14:textId="11B80D55" w:rsidR="004F6547" w:rsidRPr="00D037B0" w:rsidRDefault="004F6547" w:rsidP="004F6547">
      <w:pPr>
        <w:pStyle w:val="Default"/>
        <w:rPr>
          <w:rFonts w:ascii="Aptos" w:hAnsi="Aptos"/>
          <w:sz w:val="22"/>
          <w:szCs w:val="22"/>
        </w:rPr>
      </w:pPr>
      <w:r w:rsidRPr="00D037B0">
        <w:rPr>
          <w:rStyle w:val="Standardnpsmoodstavce1"/>
          <w:rFonts w:ascii="Aptos" w:hAnsi="Aptos"/>
          <w:sz w:val="22"/>
          <w:szCs w:val="22"/>
        </w:rPr>
        <w:t xml:space="preserve">Karel </w:t>
      </w:r>
      <w:proofErr w:type="spellStart"/>
      <w:r w:rsidRPr="00D037B0">
        <w:rPr>
          <w:rStyle w:val="Standardnpsmoodstavce1"/>
          <w:rFonts w:ascii="Aptos" w:hAnsi="Aptos"/>
          <w:sz w:val="22"/>
          <w:szCs w:val="22"/>
        </w:rPr>
        <w:t>Krämer</w:t>
      </w:r>
      <w:proofErr w:type="spellEnd"/>
      <w:r w:rsidRPr="00D037B0">
        <w:rPr>
          <w:rStyle w:val="Standardnpsmoodstavce1"/>
          <w:rFonts w:ascii="Aptos" w:hAnsi="Aptos"/>
          <w:sz w:val="22"/>
          <w:szCs w:val="22"/>
        </w:rPr>
        <w:t xml:space="preserve"> – </w:t>
      </w:r>
      <w:r w:rsidRPr="00D037B0">
        <w:rPr>
          <w:rStyle w:val="x4k7w5x"/>
          <w:rFonts w:ascii="Aptos" w:hAnsi="Aptos"/>
          <w:sz w:val="22"/>
          <w:szCs w:val="22"/>
        </w:rPr>
        <w:t xml:space="preserve">místopředseda ČSVM, Certifikovaný U.I.M. O.O.D pro mezinárodní závody, U.I.M. Protest </w:t>
      </w:r>
      <w:proofErr w:type="spellStart"/>
      <w:r w:rsidRPr="00D037B0">
        <w:rPr>
          <w:rStyle w:val="x4k7w5x"/>
          <w:rFonts w:ascii="Aptos" w:hAnsi="Aptos"/>
          <w:sz w:val="22"/>
          <w:szCs w:val="22"/>
        </w:rPr>
        <w:t>Judge</w:t>
      </w:r>
      <w:proofErr w:type="spellEnd"/>
      <w:r w:rsidRPr="00D037B0">
        <w:rPr>
          <w:rStyle w:val="x4k7w5x"/>
          <w:rFonts w:ascii="Aptos" w:hAnsi="Aptos"/>
          <w:sz w:val="22"/>
          <w:szCs w:val="22"/>
        </w:rPr>
        <w:t xml:space="preserve"> pro mezinárodní závody, U</w:t>
      </w:r>
      <w:r w:rsidR="00651D1F">
        <w:rPr>
          <w:rStyle w:val="x4k7w5x"/>
          <w:rFonts w:ascii="Aptos" w:hAnsi="Aptos"/>
          <w:sz w:val="22"/>
          <w:szCs w:val="22"/>
        </w:rPr>
        <w:t>.</w:t>
      </w:r>
      <w:r w:rsidRPr="00D037B0">
        <w:rPr>
          <w:rStyle w:val="x4k7w5x"/>
          <w:rFonts w:ascii="Aptos" w:hAnsi="Aptos"/>
          <w:sz w:val="22"/>
          <w:szCs w:val="22"/>
        </w:rPr>
        <w:t>I</w:t>
      </w:r>
      <w:r w:rsidR="00651D1F">
        <w:rPr>
          <w:rStyle w:val="x4k7w5x"/>
          <w:rFonts w:ascii="Aptos" w:hAnsi="Aptos"/>
          <w:sz w:val="22"/>
          <w:szCs w:val="22"/>
        </w:rPr>
        <w:t>.</w:t>
      </w:r>
      <w:r w:rsidRPr="00D037B0">
        <w:rPr>
          <w:rStyle w:val="x4k7w5x"/>
          <w:rFonts w:ascii="Aptos" w:hAnsi="Aptos"/>
          <w:sz w:val="22"/>
          <w:szCs w:val="22"/>
        </w:rPr>
        <w:t>M</w:t>
      </w:r>
      <w:r w:rsidR="00651D1F">
        <w:rPr>
          <w:rStyle w:val="x4k7w5x"/>
          <w:rFonts w:ascii="Aptos" w:hAnsi="Aptos"/>
          <w:sz w:val="22"/>
          <w:szCs w:val="22"/>
        </w:rPr>
        <w:t>.</w:t>
      </w:r>
      <w:r w:rsidRPr="00D037B0">
        <w:rPr>
          <w:rStyle w:val="x4k7w5x"/>
          <w:rFonts w:ascii="Aptos" w:hAnsi="Aptos"/>
          <w:sz w:val="22"/>
          <w:szCs w:val="22"/>
        </w:rPr>
        <w:t xml:space="preserve"> Sport </w:t>
      </w:r>
      <w:proofErr w:type="spellStart"/>
      <w:r w:rsidRPr="00D037B0">
        <w:rPr>
          <w:rStyle w:val="x4k7w5x"/>
          <w:rFonts w:ascii="Aptos" w:hAnsi="Aptos"/>
          <w:sz w:val="22"/>
          <w:szCs w:val="22"/>
        </w:rPr>
        <w:t>Commissioner</w:t>
      </w:r>
      <w:proofErr w:type="spellEnd"/>
      <w:r w:rsidRPr="00D037B0">
        <w:rPr>
          <w:rStyle w:val="x4k7w5x"/>
          <w:rFonts w:ascii="Aptos" w:hAnsi="Aptos"/>
          <w:sz w:val="22"/>
          <w:szCs w:val="22"/>
        </w:rPr>
        <w:t xml:space="preserve"> pro sekce </w:t>
      </w:r>
      <w:proofErr w:type="spellStart"/>
      <w:r w:rsidRPr="00D037B0">
        <w:rPr>
          <w:rStyle w:val="x4k7w5x"/>
          <w:rFonts w:ascii="Aptos" w:hAnsi="Aptos"/>
          <w:sz w:val="22"/>
          <w:szCs w:val="22"/>
        </w:rPr>
        <w:t>Circuit</w:t>
      </w:r>
      <w:proofErr w:type="spellEnd"/>
      <w:r w:rsidRPr="00D037B0">
        <w:rPr>
          <w:rStyle w:val="x4k7w5x"/>
          <w:rFonts w:ascii="Aptos" w:hAnsi="Aptos"/>
          <w:sz w:val="22"/>
          <w:szCs w:val="22"/>
        </w:rPr>
        <w:t xml:space="preserve">, </w:t>
      </w:r>
      <w:proofErr w:type="spellStart"/>
      <w:r w:rsidRPr="00D037B0">
        <w:rPr>
          <w:rStyle w:val="x4k7w5x"/>
          <w:rFonts w:ascii="Aptos" w:hAnsi="Aptos"/>
          <w:sz w:val="22"/>
          <w:szCs w:val="22"/>
        </w:rPr>
        <w:t>Offshore</w:t>
      </w:r>
      <w:proofErr w:type="spellEnd"/>
      <w:r w:rsidRPr="00D037B0">
        <w:rPr>
          <w:rStyle w:val="x4k7w5x"/>
          <w:rFonts w:ascii="Aptos" w:hAnsi="Aptos"/>
          <w:sz w:val="22"/>
          <w:szCs w:val="22"/>
        </w:rPr>
        <w:t xml:space="preserve">, </w:t>
      </w:r>
      <w:proofErr w:type="spellStart"/>
      <w:r w:rsidRPr="00D037B0">
        <w:rPr>
          <w:rStyle w:val="x4k7w5x"/>
          <w:rFonts w:ascii="Aptos" w:hAnsi="Aptos"/>
          <w:sz w:val="22"/>
          <w:szCs w:val="22"/>
        </w:rPr>
        <w:t>Pleasure</w:t>
      </w:r>
      <w:proofErr w:type="spellEnd"/>
      <w:r w:rsidRPr="00D037B0">
        <w:rPr>
          <w:rStyle w:val="x4k7w5x"/>
          <w:rFonts w:ascii="Aptos" w:hAnsi="Aptos"/>
          <w:sz w:val="22"/>
          <w:szCs w:val="22"/>
        </w:rPr>
        <w:t xml:space="preserve"> </w:t>
      </w:r>
      <w:proofErr w:type="spellStart"/>
      <w:r w:rsidRPr="00D037B0">
        <w:rPr>
          <w:rStyle w:val="x4k7w5x"/>
          <w:rFonts w:ascii="Aptos" w:hAnsi="Aptos"/>
          <w:sz w:val="22"/>
          <w:szCs w:val="22"/>
        </w:rPr>
        <w:t>Navigation</w:t>
      </w:r>
      <w:proofErr w:type="spellEnd"/>
      <w:r w:rsidRPr="00D037B0">
        <w:rPr>
          <w:rStyle w:val="x4k7w5x"/>
          <w:rFonts w:ascii="Aptos" w:hAnsi="Aptos"/>
          <w:sz w:val="22"/>
          <w:szCs w:val="22"/>
        </w:rPr>
        <w:t xml:space="preserve">, </w:t>
      </w:r>
      <w:proofErr w:type="spellStart"/>
      <w:r w:rsidRPr="00D037B0">
        <w:rPr>
          <w:rStyle w:val="x4k7w5x"/>
          <w:rFonts w:ascii="Aptos" w:hAnsi="Aptos"/>
          <w:sz w:val="22"/>
          <w:szCs w:val="22"/>
        </w:rPr>
        <w:t>MotoSurf</w:t>
      </w:r>
      <w:proofErr w:type="spellEnd"/>
      <w:r w:rsidRPr="00D037B0">
        <w:rPr>
          <w:rStyle w:val="x4k7w5x"/>
          <w:rFonts w:ascii="Aptos" w:hAnsi="Aptos"/>
          <w:sz w:val="22"/>
          <w:szCs w:val="22"/>
        </w:rPr>
        <w:t xml:space="preserve"> a </w:t>
      </w:r>
      <w:proofErr w:type="spellStart"/>
      <w:r w:rsidRPr="00D037B0">
        <w:rPr>
          <w:rStyle w:val="x4k7w5x"/>
          <w:rFonts w:ascii="Aptos" w:hAnsi="Aptos"/>
          <w:sz w:val="22"/>
          <w:szCs w:val="22"/>
        </w:rPr>
        <w:t>Aquabike</w:t>
      </w:r>
      <w:proofErr w:type="spellEnd"/>
    </w:p>
    <w:p w14:paraId="75D22D6F" w14:textId="60DF6400" w:rsidR="004F6547" w:rsidRPr="00D037B0" w:rsidRDefault="004F6547" w:rsidP="004F6547">
      <w:pPr>
        <w:pStyle w:val="Default"/>
        <w:rPr>
          <w:rFonts w:ascii="Aptos" w:hAnsi="Aptos"/>
          <w:sz w:val="22"/>
          <w:szCs w:val="22"/>
        </w:rPr>
      </w:pPr>
      <w:r w:rsidRPr="00D037B0">
        <w:rPr>
          <w:rFonts w:ascii="Aptos" w:hAnsi="Aptos"/>
          <w:sz w:val="22"/>
          <w:szCs w:val="22"/>
        </w:rPr>
        <w:t xml:space="preserve">Martin </w:t>
      </w:r>
      <w:proofErr w:type="spellStart"/>
      <w:r w:rsidRPr="00D037B0">
        <w:rPr>
          <w:rFonts w:ascii="Aptos" w:hAnsi="Aptos"/>
          <w:sz w:val="22"/>
          <w:szCs w:val="22"/>
        </w:rPr>
        <w:t>Jančálek</w:t>
      </w:r>
      <w:proofErr w:type="spellEnd"/>
      <w:r w:rsidRPr="00D037B0">
        <w:rPr>
          <w:rFonts w:ascii="Aptos" w:hAnsi="Aptos"/>
          <w:sz w:val="22"/>
          <w:szCs w:val="22"/>
        </w:rPr>
        <w:t xml:space="preserve">  – </w:t>
      </w:r>
      <w:r w:rsidR="00D037B0" w:rsidRPr="00D037B0">
        <w:rPr>
          <w:rFonts w:ascii="Aptos" w:hAnsi="Aptos"/>
          <w:sz w:val="22"/>
          <w:szCs w:val="22"/>
        </w:rPr>
        <w:t xml:space="preserve">člen VV ČSVM, </w:t>
      </w:r>
      <w:r w:rsidRPr="00D037B0">
        <w:rPr>
          <w:rFonts w:ascii="Aptos" w:hAnsi="Aptos"/>
          <w:sz w:val="22"/>
          <w:szCs w:val="22"/>
        </w:rPr>
        <w:t>vedoucí mládeže</w:t>
      </w:r>
      <w:r w:rsidR="00D037B0" w:rsidRPr="00D037B0">
        <w:rPr>
          <w:rFonts w:ascii="Aptos" w:hAnsi="Aptos"/>
          <w:sz w:val="22"/>
          <w:szCs w:val="22"/>
        </w:rPr>
        <w:t xml:space="preserve"> </w:t>
      </w:r>
      <w:proofErr w:type="spellStart"/>
      <w:r w:rsidR="00D037B0" w:rsidRPr="00D037B0">
        <w:rPr>
          <w:rFonts w:ascii="Aptos" w:hAnsi="Aptos"/>
          <w:sz w:val="22"/>
          <w:szCs w:val="22"/>
        </w:rPr>
        <w:t>MotoSurf</w:t>
      </w:r>
      <w:proofErr w:type="spellEnd"/>
      <w:r w:rsidRPr="00D037B0">
        <w:rPr>
          <w:rFonts w:ascii="Aptos" w:hAnsi="Aptos"/>
          <w:sz w:val="22"/>
          <w:szCs w:val="22"/>
        </w:rPr>
        <w:t xml:space="preserve"> při ČSVM</w:t>
      </w:r>
    </w:p>
    <w:p w14:paraId="1B26033F" w14:textId="1D6E05CB" w:rsidR="004F6547" w:rsidRPr="00D037B0" w:rsidRDefault="004F6547" w:rsidP="004F6547">
      <w:pPr>
        <w:pStyle w:val="Default"/>
        <w:rPr>
          <w:rFonts w:ascii="Aptos" w:hAnsi="Aptos"/>
          <w:sz w:val="22"/>
          <w:szCs w:val="22"/>
        </w:rPr>
      </w:pPr>
      <w:r w:rsidRPr="00D037B0">
        <w:rPr>
          <w:rFonts w:ascii="Aptos" w:hAnsi="Aptos"/>
          <w:sz w:val="22"/>
          <w:szCs w:val="22"/>
        </w:rPr>
        <w:t xml:space="preserve">Klára </w:t>
      </w:r>
      <w:proofErr w:type="spellStart"/>
      <w:r w:rsidRPr="00D037B0">
        <w:rPr>
          <w:rFonts w:ascii="Aptos" w:hAnsi="Aptos"/>
          <w:sz w:val="22"/>
          <w:szCs w:val="22"/>
        </w:rPr>
        <w:t>Marvánková</w:t>
      </w:r>
      <w:proofErr w:type="spellEnd"/>
      <w:r w:rsidRPr="00D037B0">
        <w:rPr>
          <w:rFonts w:ascii="Aptos" w:hAnsi="Aptos"/>
          <w:sz w:val="22"/>
          <w:szCs w:val="22"/>
        </w:rPr>
        <w:t xml:space="preserve"> – vedoucí reprezentace </w:t>
      </w:r>
      <w:proofErr w:type="spellStart"/>
      <w:r w:rsidRPr="00D037B0">
        <w:rPr>
          <w:rFonts w:ascii="Aptos" w:hAnsi="Aptos"/>
          <w:sz w:val="22"/>
          <w:szCs w:val="22"/>
        </w:rPr>
        <w:t>Formula</w:t>
      </w:r>
      <w:proofErr w:type="spellEnd"/>
      <w:r w:rsidRPr="00D037B0">
        <w:rPr>
          <w:rFonts w:ascii="Aptos" w:hAnsi="Aptos"/>
          <w:sz w:val="22"/>
          <w:szCs w:val="22"/>
        </w:rPr>
        <w:t xml:space="preserve"> </w:t>
      </w:r>
      <w:proofErr w:type="spellStart"/>
      <w:r w:rsidRPr="00D037B0">
        <w:rPr>
          <w:rFonts w:ascii="Aptos" w:hAnsi="Aptos"/>
          <w:sz w:val="22"/>
          <w:szCs w:val="22"/>
        </w:rPr>
        <w:t>Future</w:t>
      </w:r>
      <w:proofErr w:type="spellEnd"/>
      <w:r w:rsidR="00D037B0">
        <w:rPr>
          <w:rFonts w:ascii="Aptos" w:hAnsi="Aptos"/>
          <w:sz w:val="22"/>
          <w:szCs w:val="22"/>
        </w:rPr>
        <w:t xml:space="preserve"> při ČSVM</w:t>
      </w:r>
    </w:p>
    <w:p w14:paraId="1C574E66" w14:textId="49408DE2" w:rsidR="004F6547" w:rsidRPr="00D037B0" w:rsidRDefault="004F6547" w:rsidP="004F6547">
      <w:pPr>
        <w:pStyle w:val="Default"/>
        <w:rPr>
          <w:rFonts w:ascii="Aptos" w:hAnsi="Aptos"/>
          <w:sz w:val="22"/>
          <w:szCs w:val="22"/>
        </w:rPr>
      </w:pPr>
      <w:r w:rsidRPr="00D037B0">
        <w:rPr>
          <w:rFonts w:ascii="Aptos" w:hAnsi="Aptos"/>
          <w:sz w:val="22"/>
          <w:szCs w:val="22"/>
        </w:rPr>
        <w:t xml:space="preserve">Michal </w:t>
      </w:r>
      <w:proofErr w:type="spellStart"/>
      <w:r w:rsidRPr="00D037B0">
        <w:rPr>
          <w:rFonts w:ascii="Aptos" w:hAnsi="Aptos"/>
          <w:sz w:val="22"/>
          <w:szCs w:val="22"/>
        </w:rPr>
        <w:t>Marvánek</w:t>
      </w:r>
      <w:proofErr w:type="spellEnd"/>
      <w:r w:rsidRPr="00D037B0">
        <w:rPr>
          <w:rFonts w:ascii="Aptos" w:hAnsi="Aptos"/>
          <w:sz w:val="22"/>
          <w:szCs w:val="22"/>
        </w:rPr>
        <w:t xml:space="preserve">, Martina Kotěšovcová, Martin </w:t>
      </w:r>
      <w:proofErr w:type="spellStart"/>
      <w:r w:rsidRPr="00D037B0">
        <w:rPr>
          <w:rFonts w:ascii="Aptos" w:hAnsi="Aptos"/>
          <w:sz w:val="22"/>
          <w:szCs w:val="22"/>
        </w:rPr>
        <w:t>Jančálek</w:t>
      </w:r>
      <w:proofErr w:type="spellEnd"/>
      <w:r w:rsidRPr="00D037B0">
        <w:rPr>
          <w:rFonts w:ascii="Aptos" w:hAnsi="Aptos"/>
          <w:sz w:val="22"/>
          <w:szCs w:val="22"/>
        </w:rPr>
        <w:t xml:space="preserve"> – vedoucí sekcí </w:t>
      </w:r>
      <w:proofErr w:type="spellStart"/>
      <w:r w:rsidRPr="00D037B0">
        <w:rPr>
          <w:rFonts w:ascii="Aptos" w:hAnsi="Aptos"/>
          <w:sz w:val="22"/>
          <w:szCs w:val="22"/>
        </w:rPr>
        <w:t>SpS</w:t>
      </w:r>
      <w:proofErr w:type="spellEnd"/>
      <w:r w:rsidR="00D037B0">
        <w:rPr>
          <w:rFonts w:ascii="Aptos" w:hAnsi="Aptos"/>
          <w:sz w:val="22"/>
          <w:szCs w:val="22"/>
        </w:rPr>
        <w:t xml:space="preserve"> při ČSVM</w:t>
      </w:r>
    </w:p>
    <w:p w14:paraId="5C674F9B" w14:textId="77777777" w:rsidR="004F6547" w:rsidRPr="00D037B0" w:rsidRDefault="004F6547" w:rsidP="004F6547">
      <w:pPr>
        <w:pStyle w:val="Default"/>
        <w:rPr>
          <w:rFonts w:ascii="Aptos" w:hAnsi="Aptos"/>
          <w:sz w:val="22"/>
          <w:szCs w:val="22"/>
        </w:rPr>
      </w:pPr>
    </w:p>
    <w:p w14:paraId="0265E220" w14:textId="77777777" w:rsidR="004F6547" w:rsidRPr="00D037B0" w:rsidRDefault="004F6547" w:rsidP="004F6547">
      <w:pPr>
        <w:pStyle w:val="Default"/>
        <w:rPr>
          <w:rFonts w:ascii="Aptos" w:hAnsi="Aptos"/>
          <w:sz w:val="22"/>
          <w:szCs w:val="22"/>
        </w:rPr>
      </w:pPr>
      <w:r w:rsidRPr="00D037B0">
        <w:rPr>
          <w:rFonts w:ascii="Aptos" w:hAnsi="Aptos"/>
          <w:b/>
          <w:bCs/>
          <w:sz w:val="22"/>
          <w:szCs w:val="22"/>
        </w:rPr>
        <w:t>Národní pravidla soutěží ČSVM, Technická příprava, Bezpečnost a pravidla plavebního provozu – jednou ročně, zpravidla koncem března.</w:t>
      </w:r>
    </w:p>
    <w:p w14:paraId="19A09FEC" w14:textId="77777777" w:rsidR="004F6547" w:rsidRPr="00D037B0" w:rsidRDefault="004F6547" w:rsidP="004F6547">
      <w:pPr>
        <w:pStyle w:val="Default"/>
        <w:jc w:val="both"/>
        <w:rPr>
          <w:rFonts w:ascii="Aptos" w:hAnsi="Aptos"/>
          <w:sz w:val="22"/>
          <w:szCs w:val="22"/>
        </w:rPr>
      </w:pPr>
      <w:r w:rsidRPr="00D037B0">
        <w:rPr>
          <w:rFonts w:ascii="Aptos" w:hAnsi="Aptos"/>
          <w:b/>
          <w:bCs/>
          <w:sz w:val="22"/>
          <w:szCs w:val="22"/>
        </w:rPr>
        <w:t>Školitelé:</w:t>
      </w:r>
    </w:p>
    <w:p w14:paraId="4223E05A" w14:textId="77777777" w:rsidR="004F6547" w:rsidRPr="00D037B0" w:rsidRDefault="004F6547" w:rsidP="004F6547">
      <w:pPr>
        <w:pStyle w:val="Default"/>
        <w:rPr>
          <w:rFonts w:ascii="Aptos" w:hAnsi="Aptos"/>
          <w:sz w:val="22"/>
          <w:szCs w:val="22"/>
        </w:rPr>
      </w:pPr>
      <w:r w:rsidRPr="00D037B0">
        <w:rPr>
          <w:rFonts w:ascii="Aptos" w:hAnsi="Aptos"/>
          <w:sz w:val="22"/>
          <w:szCs w:val="22"/>
        </w:rPr>
        <w:t xml:space="preserve">Jiří </w:t>
      </w:r>
      <w:proofErr w:type="spellStart"/>
      <w:r w:rsidRPr="00D037B0">
        <w:rPr>
          <w:rFonts w:ascii="Aptos" w:hAnsi="Aptos"/>
          <w:sz w:val="22"/>
          <w:szCs w:val="22"/>
        </w:rPr>
        <w:t>Pěknice</w:t>
      </w:r>
      <w:proofErr w:type="spellEnd"/>
      <w:r w:rsidRPr="00D037B0">
        <w:rPr>
          <w:rFonts w:ascii="Aptos" w:hAnsi="Aptos"/>
          <w:sz w:val="22"/>
          <w:szCs w:val="22"/>
        </w:rPr>
        <w:t xml:space="preserve"> – předseda ČSVM</w:t>
      </w:r>
    </w:p>
    <w:p w14:paraId="7562AF57" w14:textId="77777777" w:rsidR="004F6547" w:rsidRPr="00D037B0" w:rsidRDefault="004F6547" w:rsidP="004F6547">
      <w:pPr>
        <w:pStyle w:val="Default"/>
        <w:rPr>
          <w:rFonts w:ascii="Aptos" w:hAnsi="Aptos"/>
          <w:sz w:val="22"/>
          <w:szCs w:val="22"/>
        </w:rPr>
      </w:pPr>
      <w:r w:rsidRPr="00D037B0">
        <w:rPr>
          <w:rFonts w:ascii="Aptos" w:hAnsi="Aptos"/>
          <w:sz w:val="22"/>
          <w:szCs w:val="22"/>
        </w:rPr>
        <w:t>František Pešek – člen VV ČSVM, vedoucí rozhodčích při ČSVM</w:t>
      </w:r>
    </w:p>
    <w:p w14:paraId="49293FFC" w14:textId="77777777" w:rsidR="00D037B0" w:rsidRPr="00D037B0" w:rsidRDefault="00D037B0" w:rsidP="00D037B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textAlignment w:val="baseline"/>
        <w:rPr>
          <w:rFonts w:ascii="Aptos" w:hAnsi="Aptos" w:cs="Arial"/>
          <w:color w:val="000000"/>
          <w:kern w:val="0"/>
          <w:sz w:val="22"/>
          <w:szCs w:val="22"/>
          <w:lang w:eastAsia="cs-CZ"/>
        </w:rPr>
      </w:pPr>
    </w:p>
    <w:p w14:paraId="4E88901F" w14:textId="77777777" w:rsidR="00D037B0" w:rsidRPr="00D037B0" w:rsidRDefault="00D037B0" w:rsidP="00D037B0">
      <w:pPr>
        <w:pStyle w:val="Nadpis1"/>
        <w:spacing w:before="0"/>
        <w:textAlignment w:val="baseline"/>
        <w:rPr>
          <w:rFonts w:ascii="Aptos" w:eastAsia="Times New Roman" w:hAnsi="Aptos" w:cs="Calibri"/>
          <w:color w:val="000000"/>
          <w:kern w:val="0"/>
          <w:sz w:val="22"/>
          <w:szCs w:val="22"/>
          <w:lang w:eastAsia="cs-CZ"/>
        </w:rPr>
      </w:pPr>
      <w:proofErr w:type="spellStart"/>
      <w:r w:rsidRPr="00D037B0">
        <w:rPr>
          <w:rFonts w:ascii="Aptos" w:eastAsia="Times New Roman" w:hAnsi="Aptos" w:cs="Calibri"/>
          <w:color w:val="000000"/>
          <w:kern w:val="0"/>
          <w:sz w:val="22"/>
          <w:szCs w:val="22"/>
          <w:lang w:eastAsia="cs-CZ"/>
        </w:rPr>
        <w:t>Safeguarding</w:t>
      </w:r>
      <w:proofErr w:type="spellEnd"/>
      <w:r w:rsidRPr="00D037B0">
        <w:rPr>
          <w:rFonts w:ascii="Aptos" w:eastAsia="Times New Roman" w:hAnsi="Aptos" w:cs="Calibri"/>
          <w:color w:val="000000"/>
          <w:kern w:val="0"/>
          <w:sz w:val="22"/>
          <w:szCs w:val="22"/>
          <w:lang w:eastAsia="cs-CZ"/>
        </w:rPr>
        <w:t xml:space="preserve"> – bezpečné sportovní prostředí ČSVM</w:t>
      </w:r>
    </w:p>
    <w:p w14:paraId="2A61025E" w14:textId="77777777" w:rsidR="00D037B0" w:rsidRPr="00D037B0" w:rsidRDefault="00D037B0" w:rsidP="00D037B0">
      <w:pPr>
        <w:pStyle w:val="Default"/>
        <w:jc w:val="both"/>
        <w:rPr>
          <w:rFonts w:ascii="Aptos" w:hAnsi="Aptos"/>
          <w:sz w:val="22"/>
          <w:szCs w:val="22"/>
        </w:rPr>
      </w:pPr>
      <w:r w:rsidRPr="00D037B0">
        <w:rPr>
          <w:rFonts w:ascii="Aptos" w:hAnsi="Aptos"/>
          <w:b/>
          <w:bCs/>
          <w:sz w:val="22"/>
          <w:szCs w:val="22"/>
        </w:rPr>
        <w:t>Školitelé:</w:t>
      </w:r>
    </w:p>
    <w:p w14:paraId="2467F597" w14:textId="58064C57" w:rsidR="004F6547" w:rsidRPr="00D037B0" w:rsidRDefault="00D037B0" w:rsidP="004F6547">
      <w:pPr>
        <w:pStyle w:val="Default"/>
        <w:rPr>
          <w:rFonts w:ascii="Aptos" w:hAnsi="Aptos"/>
          <w:sz w:val="22"/>
          <w:szCs w:val="22"/>
        </w:rPr>
      </w:pPr>
      <w:r w:rsidRPr="00D037B0">
        <w:rPr>
          <w:rFonts w:ascii="Aptos" w:hAnsi="Aptos"/>
          <w:sz w:val="22"/>
          <w:szCs w:val="22"/>
        </w:rPr>
        <w:t xml:space="preserve">Martin </w:t>
      </w:r>
      <w:proofErr w:type="spellStart"/>
      <w:r w:rsidRPr="00D037B0">
        <w:rPr>
          <w:rFonts w:ascii="Aptos" w:hAnsi="Aptos"/>
          <w:sz w:val="22"/>
          <w:szCs w:val="22"/>
        </w:rPr>
        <w:t>Jančálek</w:t>
      </w:r>
      <w:proofErr w:type="spellEnd"/>
      <w:r w:rsidRPr="00D037B0">
        <w:rPr>
          <w:rFonts w:ascii="Aptos" w:hAnsi="Aptos"/>
          <w:sz w:val="22"/>
          <w:szCs w:val="22"/>
        </w:rPr>
        <w:t xml:space="preserve">  – člen VV ČSVM, vedoucí mládeže </w:t>
      </w:r>
      <w:proofErr w:type="spellStart"/>
      <w:r w:rsidRPr="00D037B0">
        <w:rPr>
          <w:rFonts w:ascii="Aptos" w:hAnsi="Aptos"/>
          <w:sz w:val="22"/>
          <w:szCs w:val="22"/>
        </w:rPr>
        <w:t>MotoSurf</w:t>
      </w:r>
      <w:proofErr w:type="spellEnd"/>
      <w:r w:rsidRPr="00D037B0">
        <w:rPr>
          <w:rFonts w:ascii="Aptos" w:hAnsi="Aptos"/>
          <w:sz w:val="22"/>
          <w:szCs w:val="22"/>
        </w:rPr>
        <w:t xml:space="preserve"> při ČSVM</w:t>
      </w:r>
    </w:p>
    <w:p w14:paraId="65ED83DB" w14:textId="77777777" w:rsidR="004F6547" w:rsidRPr="00D037B0" w:rsidRDefault="004F6547" w:rsidP="004F6547">
      <w:pPr>
        <w:pStyle w:val="Default"/>
        <w:rPr>
          <w:rFonts w:ascii="Aptos" w:hAnsi="Aptos"/>
          <w:sz w:val="22"/>
          <w:szCs w:val="22"/>
        </w:rPr>
      </w:pPr>
    </w:p>
    <w:p w14:paraId="63E84DEF" w14:textId="77777777" w:rsidR="004F6547" w:rsidRPr="00D037B0" w:rsidRDefault="004F6547" w:rsidP="004F6547">
      <w:pPr>
        <w:pStyle w:val="Default"/>
        <w:rPr>
          <w:rFonts w:ascii="Aptos" w:hAnsi="Aptos"/>
          <w:sz w:val="22"/>
          <w:szCs w:val="22"/>
        </w:rPr>
      </w:pPr>
      <w:r w:rsidRPr="00D037B0">
        <w:rPr>
          <w:rFonts w:ascii="Aptos" w:hAnsi="Aptos"/>
          <w:b/>
          <w:bCs/>
          <w:sz w:val="22"/>
          <w:szCs w:val="22"/>
        </w:rPr>
        <w:t xml:space="preserve">Praktický výcvik pro trenéry </w:t>
      </w:r>
      <w:proofErr w:type="spellStart"/>
      <w:r w:rsidRPr="00D037B0">
        <w:rPr>
          <w:rFonts w:ascii="Aptos" w:hAnsi="Aptos"/>
          <w:b/>
          <w:bCs/>
          <w:sz w:val="22"/>
          <w:szCs w:val="22"/>
        </w:rPr>
        <w:t>SpS</w:t>
      </w:r>
      <w:proofErr w:type="spellEnd"/>
      <w:r w:rsidRPr="00D037B0">
        <w:rPr>
          <w:rFonts w:ascii="Aptos" w:hAnsi="Aptos"/>
          <w:b/>
          <w:bCs/>
          <w:sz w:val="22"/>
          <w:szCs w:val="22"/>
        </w:rPr>
        <w:t xml:space="preserve"> – zpravidla před začátkem sezóny, vždy po dohodě koordinátorů jednotlivých sekcí </w:t>
      </w:r>
      <w:proofErr w:type="spellStart"/>
      <w:r w:rsidRPr="00D037B0">
        <w:rPr>
          <w:rFonts w:ascii="Aptos" w:hAnsi="Aptos"/>
          <w:b/>
          <w:bCs/>
          <w:sz w:val="22"/>
          <w:szCs w:val="22"/>
        </w:rPr>
        <w:t>SpS</w:t>
      </w:r>
      <w:proofErr w:type="spellEnd"/>
      <w:r w:rsidRPr="00D037B0">
        <w:rPr>
          <w:rFonts w:ascii="Aptos" w:hAnsi="Aptos"/>
          <w:b/>
          <w:bCs/>
          <w:sz w:val="22"/>
          <w:szCs w:val="22"/>
        </w:rPr>
        <w:t>.</w:t>
      </w:r>
    </w:p>
    <w:p w14:paraId="6202C0CF" w14:textId="77777777" w:rsidR="004F6547" w:rsidRPr="00D037B0" w:rsidRDefault="004F6547" w:rsidP="004F6547">
      <w:pPr>
        <w:pStyle w:val="Default"/>
        <w:jc w:val="both"/>
        <w:rPr>
          <w:rFonts w:ascii="Aptos" w:hAnsi="Aptos"/>
          <w:sz w:val="22"/>
          <w:szCs w:val="22"/>
        </w:rPr>
      </w:pPr>
      <w:r w:rsidRPr="00D037B0">
        <w:rPr>
          <w:rFonts w:ascii="Aptos" w:hAnsi="Aptos"/>
          <w:b/>
          <w:bCs/>
          <w:sz w:val="22"/>
          <w:szCs w:val="22"/>
        </w:rPr>
        <w:t>Školitelé:</w:t>
      </w:r>
    </w:p>
    <w:p w14:paraId="1EABB020" w14:textId="7C8F7231" w:rsidR="004F6547" w:rsidRPr="00D037B0" w:rsidRDefault="004F6547" w:rsidP="004F6547">
      <w:pPr>
        <w:pStyle w:val="Default"/>
        <w:rPr>
          <w:rFonts w:ascii="Aptos" w:hAnsi="Aptos"/>
          <w:sz w:val="22"/>
          <w:szCs w:val="22"/>
        </w:rPr>
      </w:pPr>
      <w:r w:rsidRPr="00D037B0">
        <w:rPr>
          <w:rStyle w:val="Standardnpsmoodstavce1"/>
          <w:rFonts w:ascii="Aptos" w:hAnsi="Aptos"/>
          <w:sz w:val="22"/>
          <w:szCs w:val="22"/>
        </w:rPr>
        <w:t xml:space="preserve">Michal </w:t>
      </w:r>
      <w:proofErr w:type="spellStart"/>
      <w:r w:rsidRPr="00D037B0">
        <w:rPr>
          <w:rStyle w:val="Standardnpsmoodstavce1"/>
          <w:rFonts w:ascii="Aptos" w:hAnsi="Aptos"/>
          <w:sz w:val="22"/>
          <w:szCs w:val="22"/>
        </w:rPr>
        <w:t>Marvánek</w:t>
      </w:r>
      <w:proofErr w:type="spellEnd"/>
      <w:r w:rsidRPr="00D037B0">
        <w:rPr>
          <w:rStyle w:val="Standardnpsmoodstavce1"/>
          <w:rFonts w:ascii="Aptos" w:hAnsi="Aptos"/>
          <w:sz w:val="22"/>
          <w:szCs w:val="22"/>
        </w:rPr>
        <w:t xml:space="preserve"> – </w:t>
      </w:r>
      <w:r w:rsidR="00D037B0" w:rsidRPr="00D037B0">
        <w:rPr>
          <w:rFonts w:ascii="Aptos" w:hAnsi="Aptos"/>
          <w:sz w:val="22"/>
          <w:szCs w:val="22"/>
        </w:rPr>
        <w:t xml:space="preserve">člen VV ČSVM, </w:t>
      </w:r>
      <w:r w:rsidRPr="00D037B0">
        <w:rPr>
          <w:rStyle w:val="Standardnpsmoodstavce1"/>
          <w:rFonts w:ascii="Aptos" w:hAnsi="Aptos"/>
          <w:sz w:val="22"/>
          <w:szCs w:val="22"/>
        </w:rPr>
        <w:t xml:space="preserve">vedoucí sekce </w:t>
      </w:r>
      <w:proofErr w:type="spellStart"/>
      <w:r w:rsidRPr="00D037B0">
        <w:rPr>
          <w:rStyle w:val="Standardnpsmoodstavce1"/>
          <w:rFonts w:ascii="Aptos" w:hAnsi="Aptos"/>
          <w:sz w:val="22"/>
          <w:szCs w:val="22"/>
        </w:rPr>
        <w:t>SpS</w:t>
      </w:r>
      <w:proofErr w:type="spellEnd"/>
      <w:r w:rsidRPr="00D037B0">
        <w:rPr>
          <w:rStyle w:val="Standardnpsmoodstavce1"/>
          <w:rFonts w:ascii="Aptos" w:hAnsi="Aptos"/>
          <w:sz w:val="22"/>
          <w:szCs w:val="22"/>
        </w:rPr>
        <w:t xml:space="preserve"> </w:t>
      </w:r>
      <w:proofErr w:type="spellStart"/>
      <w:r w:rsidR="00D037B0">
        <w:rPr>
          <w:rStyle w:val="Standardnpsmoodstavce1"/>
          <w:rFonts w:ascii="Aptos" w:hAnsi="Aptos"/>
          <w:sz w:val="22"/>
          <w:szCs w:val="22"/>
        </w:rPr>
        <w:t>Formula</w:t>
      </w:r>
      <w:proofErr w:type="spellEnd"/>
      <w:r w:rsidRPr="00D037B0">
        <w:rPr>
          <w:rStyle w:val="Standardnpsmoodstavce1"/>
          <w:rFonts w:ascii="Aptos" w:hAnsi="Aptos"/>
          <w:sz w:val="22"/>
          <w:szCs w:val="22"/>
        </w:rPr>
        <w:t xml:space="preserve"> </w:t>
      </w:r>
      <w:proofErr w:type="spellStart"/>
      <w:r w:rsidR="00D037B0">
        <w:rPr>
          <w:rStyle w:val="Standardnpsmoodstavce1"/>
          <w:rFonts w:ascii="Aptos" w:hAnsi="Aptos"/>
          <w:sz w:val="22"/>
          <w:szCs w:val="22"/>
        </w:rPr>
        <w:t>Future</w:t>
      </w:r>
      <w:proofErr w:type="spellEnd"/>
      <w:r w:rsidRPr="00D037B0">
        <w:rPr>
          <w:rStyle w:val="Standardnpsmoodstavce1"/>
          <w:rFonts w:ascii="Aptos" w:hAnsi="Aptos"/>
          <w:sz w:val="22"/>
          <w:szCs w:val="22"/>
        </w:rPr>
        <w:t xml:space="preserve"> při ČSVM</w:t>
      </w:r>
    </w:p>
    <w:p w14:paraId="3B9076D2" w14:textId="77777777" w:rsidR="004F6547" w:rsidRPr="00D037B0" w:rsidRDefault="004F6547" w:rsidP="004F6547">
      <w:pPr>
        <w:pStyle w:val="Default"/>
        <w:rPr>
          <w:rFonts w:ascii="Aptos" w:hAnsi="Aptos"/>
          <w:sz w:val="22"/>
          <w:szCs w:val="22"/>
        </w:rPr>
      </w:pPr>
      <w:r w:rsidRPr="00D037B0">
        <w:rPr>
          <w:rFonts w:ascii="Aptos" w:hAnsi="Aptos"/>
          <w:sz w:val="22"/>
          <w:szCs w:val="22"/>
        </w:rPr>
        <w:t xml:space="preserve">Martina Kotěšovcová – vedoucí sekce </w:t>
      </w:r>
      <w:proofErr w:type="spellStart"/>
      <w:r w:rsidRPr="00D037B0">
        <w:rPr>
          <w:rFonts w:ascii="Aptos" w:hAnsi="Aptos"/>
          <w:sz w:val="22"/>
          <w:szCs w:val="22"/>
        </w:rPr>
        <w:t>SpS</w:t>
      </w:r>
      <w:proofErr w:type="spellEnd"/>
      <w:r w:rsidRPr="00D037B0">
        <w:rPr>
          <w:rFonts w:ascii="Aptos" w:hAnsi="Aptos"/>
          <w:sz w:val="22"/>
          <w:szCs w:val="22"/>
        </w:rPr>
        <w:t xml:space="preserve"> </w:t>
      </w:r>
      <w:proofErr w:type="spellStart"/>
      <w:r w:rsidRPr="00D037B0">
        <w:rPr>
          <w:rFonts w:ascii="Aptos" w:hAnsi="Aptos"/>
          <w:sz w:val="22"/>
          <w:szCs w:val="22"/>
        </w:rPr>
        <w:t>Aquabike</w:t>
      </w:r>
      <w:proofErr w:type="spellEnd"/>
      <w:r w:rsidRPr="00D037B0">
        <w:rPr>
          <w:rFonts w:ascii="Aptos" w:hAnsi="Aptos"/>
          <w:sz w:val="22"/>
          <w:szCs w:val="22"/>
        </w:rPr>
        <w:t xml:space="preserve"> při ČSVM </w:t>
      </w:r>
    </w:p>
    <w:p w14:paraId="302B1CCC" w14:textId="1B2E2597" w:rsidR="004F6547" w:rsidRPr="00D037B0" w:rsidRDefault="004F6547" w:rsidP="004F6547">
      <w:pPr>
        <w:pStyle w:val="Default"/>
        <w:rPr>
          <w:rFonts w:ascii="Aptos" w:hAnsi="Aptos"/>
          <w:sz w:val="22"/>
          <w:szCs w:val="22"/>
        </w:rPr>
      </w:pPr>
      <w:r w:rsidRPr="00D037B0">
        <w:rPr>
          <w:rFonts w:ascii="Aptos" w:hAnsi="Aptos"/>
          <w:sz w:val="22"/>
          <w:szCs w:val="22"/>
        </w:rPr>
        <w:t xml:space="preserve">Martin </w:t>
      </w:r>
      <w:proofErr w:type="spellStart"/>
      <w:r w:rsidRPr="00D037B0">
        <w:rPr>
          <w:rFonts w:ascii="Aptos" w:hAnsi="Aptos"/>
          <w:sz w:val="22"/>
          <w:szCs w:val="22"/>
        </w:rPr>
        <w:t>Jančálek</w:t>
      </w:r>
      <w:proofErr w:type="spellEnd"/>
      <w:r w:rsidRPr="00D037B0">
        <w:rPr>
          <w:rFonts w:ascii="Aptos" w:hAnsi="Aptos"/>
          <w:sz w:val="22"/>
          <w:szCs w:val="22"/>
        </w:rPr>
        <w:t xml:space="preserve"> – </w:t>
      </w:r>
      <w:r w:rsidR="00D037B0" w:rsidRPr="00D037B0">
        <w:rPr>
          <w:rFonts w:ascii="Aptos" w:hAnsi="Aptos"/>
          <w:sz w:val="22"/>
          <w:szCs w:val="22"/>
        </w:rPr>
        <w:t xml:space="preserve">člen VV ČSVM, </w:t>
      </w:r>
      <w:r w:rsidRPr="00D037B0">
        <w:rPr>
          <w:rFonts w:ascii="Aptos" w:hAnsi="Aptos"/>
          <w:sz w:val="22"/>
          <w:szCs w:val="22"/>
        </w:rPr>
        <w:t xml:space="preserve">vedoucí sekce </w:t>
      </w:r>
      <w:proofErr w:type="spellStart"/>
      <w:r w:rsidRPr="00D037B0">
        <w:rPr>
          <w:rFonts w:ascii="Aptos" w:hAnsi="Aptos"/>
          <w:sz w:val="22"/>
          <w:szCs w:val="22"/>
        </w:rPr>
        <w:t>SpS</w:t>
      </w:r>
      <w:proofErr w:type="spellEnd"/>
      <w:r w:rsidRPr="00D037B0">
        <w:rPr>
          <w:rFonts w:ascii="Aptos" w:hAnsi="Aptos"/>
          <w:sz w:val="22"/>
          <w:szCs w:val="22"/>
        </w:rPr>
        <w:t xml:space="preserve"> </w:t>
      </w:r>
      <w:proofErr w:type="spellStart"/>
      <w:r w:rsidRPr="00D037B0">
        <w:rPr>
          <w:rFonts w:ascii="Aptos" w:hAnsi="Aptos"/>
          <w:sz w:val="22"/>
          <w:szCs w:val="22"/>
        </w:rPr>
        <w:t>Motosurf</w:t>
      </w:r>
      <w:proofErr w:type="spellEnd"/>
      <w:r w:rsidRPr="00D037B0">
        <w:rPr>
          <w:rFonts w:ascii="Aptos" w:hAnsi="Aptos"/>
          <w:sz w:val="22"/>
          <w:szCs w:val="22"/>
        </w:rPr>
        <w:t xml:space="preserve"> při ČSVM</w:t>
      </w:r>
    </w:p>
    <w:p w14:paraId="00FC9508" w14:textId="77777777" w:rsidR="004F6547" w:rsidRPr="00D037B0" w:rsidRDefault="004F6547" w:rsidP="004F6547">
      <w:pPr>
        <w:pStyle w:val="Default"/>
        <w:rPr>
          <w:rFonts w:ascii="Aptos" w:hAnsi="Aptos"/>
          <w:sz w:val="22"/>
          <w:szCs w:val="22"/>
        </w:rPr>
      </w:pPr>
    </w:p>
    <w:p w14:paraId="74EDFBFD" w14:textId="77777777" w:rsidR="004F6547" w:rsidRPr="00D037B0" w:rsidRDefault="004F6547" w:rsidP="004F6547">
      <w:pPr>
        <w:pStyle w:val="Default"/>
        <w:rPr>
          <w:rFonts w:ascii="Aptos" w:hAnsi="Aptos"/>
          <w:sz w:val="22"/>
          <w:szCs w:val="22"/>
        </w:rPr>
      </w:pPr>
      <w:r w:rsidRPr="00D037B0">
        <w:rPr>
          <w:rFonts w:ascii="Aptos" w:hAnsi="Aptos"/>
          <w:b/>
          <w:bCs/>
          <w:sz w:val="22"/>
          <w:szCs w:val="22"/>
        </w:rPr>
        <w:t>Zdravotní kurz: - jednou za dva roky.</w:t>
      </w:r>
    </w:p>
    <w:p w14:paraId="68E91FEE" w14:textId="77777777" w:rsidR="004F6547" w:rsidRPr="00D037B0" w:rsidRDefault="004F6547" w:rsidP="004F6547">
      <w:pPr>
        <w:pStyle w:val="Default"/>
        <w:rPr>
          <w:rFonts w:ascii="Aptos" w:hAnsi="Aptos"/>
          <w:sz w:val="22"/>
          <w:szCs w:val="22"/>
        </w:rPr>
      </w:pPr>
      <w:proofErr w:type="spellStart"/>
      <w:r w:rsidRPr="00D037B0">
        <w:rPr>
          <w:rStyle w:val="Standardnpsmoodstavce1"/>
          <w:rFonts w:ascii="Aptos" w:hAnsi="Aptos"/>
          <w:sz w:val="22"/>
          <w:szCs w:val="22"/>
        </w:rPr>
        <w:t>Water</w:t>
      </w:r>
      <w:proofErr w:type="spellEnd"/>
      <w:r w:rsidRPr="00D037B0">
        <w:rPr>
          <w:rStyle w:val="Standardnpsmoodstavce1"/>
          <w:rFonts w:ascii="Aptos" w:hAnsi="Aptos"/>
          <w:sz w:val="22"/>
          <w:szCs w:val="22"/>
        </w:rPr>
        <w:t xml:space="preserve"> </w:t>
      </w:r>
      <w:proofErr w:type="spellStart"/>
      <w:r w:rsidRPr="00D037B0">
        <w:rPr>
          <w:rStyle w:val="Standardnpsmoodstavce1"/>
          <w:rFonts w:ascii="Aptos" w:hAnsi="Aptos"/>
          <w:sz w:val="22"/>
          <w:szCs w:val="22"/>
        </w:rPr>
        <w:t>Rescue</w:t>
      </w:r>
      <w:proofErr w:type="spellEnd"/>
      <w:r w:rsidRPr="00D037B0">
        <w:rPr>
          <w:rStyle w:val="Standardnpsmoodstavce1"/>
          <w:rFonts w:ascii="Aptos" w:hAnsi="Aptos"/>
          <w:sz w:val="22"/>
          <w:szCs w:val="22"/>
        </w:rPr>
        <w:t xml:space="preserve"> – </w:t>
      </w:r>
      <w:proofErr w:type="spellStart"/>
      <w:r w:rsidRPr="00D037B0">
        <w:rPr>
          <w:rStyle w:val="Standardnpsmoodstavce1"/>
          <w:rFonts w:ascii="Aptos" w:hAnsi="Aptos"/>
          <w:sz w:val="22"/>
          <w:szCs w:val="22"/>
        </w:rPr>
        <w:t>Race</w:t>
      </w:r>
      <w:proofErr w:type="spellEnd"/>
      <w:r w:rsidRPr="00D037B0">
        <w:rPr>
          <w:rStyle w:val="Standardnpsmoodstavce1"/>
          <w:rFonts w:ascii="Aptos" w:hAnsi="Aptos"/>
          <w:sz w:val="22"/>
          <w:szCs w:val="22"/>
        </w:rPr>
        <w:t xml:space="preserve"> </w:t>
      </w:r>
      <w:proofErr w:type="spellStart"/>
      <w:r w:rsidRPr="00D037B0">
        <w:rPr>
          <w:rStyle w:val="Standardnpsmoodstavce1"/>
          <w:rFonts w:ascii="Aptos" w:hAnsi="Aptos"/>
          <w:sz w:val="22"/>
          <w:szCs w:val="22"/>
        </w:rPr>
        <w:t>Marshall</w:t>
      </w:r>
      <w:proofErr w:type="spellEnd"/>
      <w:r w:rsidRPr="00D037B0">
        <w:rPr>
          <w:rStyle w:val="Standardnpsmoodstavce1"/>
          <w:rFonts w:ascii="Aptos" w:hAnsi="Aptos"/>
          <w:sz w:val="22"/>
          <w:szCs w:val="22"/>
        </w:rPr>
        <w:t xml:space="preserve">, z.s. - </w:t>
      </w:r>
      <w:r w:rsidRPr="00D037B0">
        <w:rPr>
          <w:rStyle w:val="x4k7w5x"/>
          <w:rFonts w:ascii="Aptos" w:hAnsi="Aptos"/>
          <w:sz w:val="22"/>
          <w:szCs w:val="22"/>
        </w:rPr>
        <w:t xml:space="preserve">pod vedením Bc. Daniel Bartošek </w:t>
      </w:r>
      <w:proofErr w:type="spellStart"/>
      <w:r w:rsidRPr="00D037B0">
        <w:rPr>
          <w:rStyle w:val="x4k7w5x"/>
          <w:rFonts w:ascii="Aptos" w:hAnsi="Aptos"/>
          <w:sz w:val="22"/>
          <w:szCs w:val="22"/>
        </w:rPr>
        <w:t>DiS</w:t>
      </w:r>
      <w:proofErr w:type="spellEnd"/>
      <w:r w:rsidRPr="00D037B0">
        <w:rPr>
          <w:rStyle w:val="x4k7w5x"/>
          <w:rFonts w:ascii="Aptos" w:hAnsi="Aptos"/>
          <w:sz w:val="22"/>
          <w:szCs w:val="22"/>
        </w:rPr>
        <w:t>. Vedoucí střediska VZS – Brno střed</w:t>
      </w:r>
    </w:p>
    <w:p w14:paraId="527ADEFA" w14:textId="77777777" w:rsidR="004F6547" w:rsidRPr="00D037B0" w:rsidRDefault="004F6547" w:rsidP="004F6547">
      <w:pPr>
        <w:pStyle w:val="Default"/>
        <w:rPr>
          <w:rFonts w:ascii="Aptos" w:hAnsi="Aptos"/>
          <w:sz w:val="22"/>
          <w:szCs w:val="22"/>
        </w:rPr>
      </w:pPr>
    </w:p>
    <w:p w14:paraId="4EC8FDC7" w14:textId="77777777" w:rsidR="004F6547" w:rsidRPr="00D037B0" w:rsidRDefault="004F6547" w:rsidP="004F6547">
      <w:pPr>
        <w:pStyle w:val="Default"/>
        <w:rPr>
          <w:rFonts w:ascii="Aptos" w:hAnsi="Aptos"/>
          <w:sz w:val="22"/>
          <w:szCs w:val="22"/>
        </w:rPr>
      </w:pPr>
      <w:r w:rsidRPr="00D037B0">
        <w:rPr>
          <w:rStyle w:val="Standardnpsmoodstavce1"/>
          <w:rFonts w:ascii="Aptos" w:hAnsi="Aptos"/>
          <w:b/>
          <w:bCs/>
          <w:sz w:val="22"/>
          <w:szCs w:val="22"/>
        </w:rPr>
        <w:t xml:space="preserve">Organizace závodů, výsledkové listiny, pravidla fair play, doping – minimálně jednou ročně, vždy po zveřejnění nových mezinárodních pravidel U.I.M. Zpravidla koncem března. </w:t>
      </w:r>
    </w:p>
    <w:p w14:paraId="0FBC96C9" w14:textId="77777777" w:rsidR="004F6547" w:rsidRPr="00D037B0" w:rsidRDefault="004F6547" w:rsidP="004F6547">
      <w:pPr>
        <w:pStyle w:val="Default"/>
        <w:jc w:val="both"/>
        <w:rPr>
          <w:rFonts w:ascii="Aptos" w:hAnsi="Aptos"/>
          <w:sz w:val="22"/>
          <w:szCs w:val="22"/>
        </w:rPr>
      </w:pPr>
      <w:r w:rsidRPr="00D037B0">
        <w:rPr>
          <w:rFonts w:ascii="Aptos" w:hAnsi="Aptos"/>
          <w:b/>
          <w:bCs/>
          <w:sz w:val="22"/>
          <w:szCs w:val="22"/>
        </w:rPr>
        <w:t>Školitelé:</w:t>
      </w:r>
    </w:p>
    <w:p w14:paraId="5F030F0B" w14:textId="39E494B0" w:rsidR="00D037B0" w:rsidRDefault="00D037B0" w:rsidP="004F6547">
      <w:pPr>
        <w:pStyle w:val="Default"/>
        <w:rPr>
          <w:rStyle w:val="Standardnpsmoodstavce1"/>
          <w:rFonts w:ascii="Aptos" w:hAnsi="Aptos"/>
          <w:sz w:val="22"/>
          <w:szCs w:val="22"/>
        </w:rPr>
      </w:pPr>
      <w:r w:rsidRPr="00D037B0">
        <w:rPr>
          <w:rFonts w:ascii="Aptos" w:hAnsi="Aptos"/>
          <w:sz w:val="22"/>
          <w:szCs w:val="22"/>
        </w:rPr>
        <w:t xml:space="preserve">Martin </w:t>
      </w:r>
      <w:proofErr w:type="spellStart"/>
      <w:r w:rsidRPr="00D037B0">
        <w:rPr>
          <w:rFonts w:ascii="Aptos" w:hAnsi="Aptos"/>
          <w:sz w:val="22"/>
          <w:szCs w:val="22"/>
        </w:rPr>
        <w:t>Jančálek</w:t>
      </w:r>
      <w:proofErr w:type="spellEnd"/>
      <w:r w:rsidRPr="00D037B0">
        <w:rPr>
          <w:rFonts w:ascii="Aptos" w:hAnsi="Aptos"/>
          <w:sz w:val="22"/>
          <w:szCs w:val="22"/>
        </w:rPr>
        <w:t xml:space="preserve"> – člen VV ČSVM, vedoucí sekce </w:t>
      </w:r>
      <w:proofErr w:type="spellStart"/>
      <w:r w:rsidRPr="00D037B0">
        <w:rPr>
          <w:rFonts w:ascii="Aptos" w:hAnsi="Aptos"/>
          <w:sz w:val="22"/>
          <w:szCs w:val="22"/>
        </w:rPr>
        <w:t>SpS</w:t>
      </w:r>
      <w:proofErr w:type="spellEnd"/>
      <w:r w:rsidRPr="00D037B0">
        <w:rPr>
          <w:rFonts w:ascii="Aptos" w:hAnsi="Aptos"/>
          <w:sz w:val="22"/>
          <w:szCs w:val="22"/>
        </w:rPr>
        <w:t xml:space="preserve"> </w:t>
      </w:r>
      <w:proofErr w:type="spellStart"/>
      <w:r w:rsidRPr="00D037B0">
        <w:rPr>
          <w:rFonts w:ascii="Aptos" w:hAnsi="Aptos"/>
          <w:sz w:val="22"/>
          <w:szCs w:val="22"/>
        </w:rPr>
        <w:t>Motosurf</w:t>
      </w:r>
      <w:proofErr w:type="spellEnd"/>
      <w:r w:rsidRPr="00D037B0">
        <w:rPr>
          <w:rFonts w:ascii="Aptos" w:hAnsi="Aptos"/>
          <w:sz w:val="22"/>
          <w:szCs w:val="22"/>
        </w:rPr>
        <w:t xml:space="preserve"> při ČSVM</w:t>
      </w:r>
      <w:r w:rsidRPr="00D037B0">
        <w:rPr>
          <w:rStyle w:val="Standardnpsmoodstavce1"/>
          <w:rFonts w:ascii="Aptos" w:hAnsi="Aptos"/>
          <w:sz w:val="22"/>
          <w:szCs w:val="22"/>
        </w:rPr>
        <w:t xml:space="preserve"> </w:t>
      </w:r>
    </w:p>
    <w:p w14:paraId="536AD82A" w14:textId="6C68CF4A" w:rsidR="004F6547" w:rsidRPr="00D037B0" w:rsidRDefault="004F6547" w:rsidP="004F6547">
      <w:pPr>
        <w:pStyle w:val="Default"/>
        <w:rPr>
          <w:rFonts w:ascii="Aptos" w:hAnsi="Aptos"/>
          <w:sz w:val="22"/>
          <w:szCs w:val="22"/>
        </w:rPr>
      </w:pPr>
      <w:r w:rsidRPr="00D037B0">
        <w:rPr>
          <w:rStyle w:val="Standardnpsmoodstavce1"/>
          <w:rFonts w:ascii="Aptos" w:hAnsi="Aptos"/>
          <w:sz w:val="22"/>
          <w:szCs w:val="22"/>
        </w:rPr>
        <w:t xml:space="preserve">Michal </w:t>
      </w:r>
      <w:proofErr w:type="spellStart"/>
      <w:r w:rsidRPr="00D037B0">
        <w:rPr>
          <w:rStyle w:val="Standardnpsmoodstavce1"/>
          <w:rFonts w:ascii="Aptos" w:hAnsi="Aptos"/>
          <w:sz w:val="22"/>
          <w:szCs w:val="22"/>
        </w:rPr>
        <w:t>Marvánek</w:t>
      </w:r>
      <w:proofErr w:type="spellEnd"/>
      <w:r w:rsidRPr="00D037B0">
        <w:rPr>
          <w:rStyle w:val="Standardnpsmoodstavce1"/>
          <w:rFonts w:ascii="Aptos" w:hAnsi="Aptos"/>
          <w:sz w:val="22"/>
          <w:szCs w:val="22"/>
        </w:rPr>
        <w:t xml:space="preserve"> – </w:t>
      </w:r>
      <w:r w:rsidR="00D037B0" w:rsidRPr="00D037B0">
        <w:rPr>
          <w:rFonts w:ascii="Aptos" w:hAnsi="Aptos"/>
          <w:sz w:val="22"/>
          <w:szCs w:val="22"/>
        </w:rPr>
        <w:t xml:space="preserve">člen VV ČSVM, </w:t>
      </w:r>
      <w:r w:rsidRPr="00D037B0">
        <w:rPr>
          <w:rStyle w:val="Standardnpsmoodstavce1"/>
          <w:rFonts w:ascii="Aptos" w:hAnsi="Aptos"/>
          <w:sz w:val="22"/>
          <w:szCs w:val="22"/>
        </w:rPr>
        <w:t xml:space="preserve">vedoucí sekce </w:t>
      </w:r>
      <w:proofErr w:type="spellStart"/>
      <w:r w:rsidRPr="00D037B0">
        <w:rPr>
          <w:rStyle w:val="Standardnpsmoodstavce1"/>
          <w:rFonts w:ascii="Aptos" w:hAnsi="Aptos"/>
          <w:sz w:val="22"/>
          <w:szCs w:val="22"/>
        </w:rPr>
        <w:t>SpS</w:t>
      </w:r>
      <w:proofErr w:type="spellEnd"/>
      <w:r w:rsidRPr="00D037B0">
        <w:rPr>
          <w:rStyle w:val="Standardnpsmoodstavce1"/>
          <w:rFonts w:ascii="Aptos" w:hAnsi="Aptos"/>
          <w:sz w:val="22"/>
          <w:szCs w:val="22"/>
        </w:rPr>
        <w:t xml:space="preserve"> FORMULA FUTURE při ČSVM</w:t>
      </w:r>
    </w:p>
    <w:p w14:paraId="44F399BA" w14:textId="77777777" w:rsidR="004F6547" w:rsidRPr="00D037B0" w:rsidRDefault="004F6547" w:rsidP="004F6547">
      <w:pPr>
        <w:pStyle w:val="Default"/>
        <w:rPr>
          <w:rFonts w:ascii="Aptos" w:hAnsi="Aptos"/>
          <w:sz w:val="22"/>
          <w:szCs w:val="22"/>
        </w:rPr>
      </w:pPr>
      <w:r w:rsidRPr="00D037B0">
        <w:rPr>
          <w:rFonts w:ascii="Aptos" w:hAnsi="Aptos"/>
          <w:sz w:val="22"/>
          <w:szCs w:val="22"/>
        </w:rPr>
        <w:t xml:space="preserve">Martina Kotěšovcová – vedoucí sekce </w:t>
      </w:r>
      <w:proofErr w:type="spellStart"/>
      <w:r w:rsidRPr="00D037B0">
        <w:rPr>
          <w:rFonts w:ascii="Aptos" w:hAnsi="Aptos"/>
          <w:sz w:val="22"/>
          <w:szCs w:val="22"/>
        </w:rPr>
        <w:t>SpS</w:t>
      </w:r>
      <w:proofErr w:type="spellEnd"/>
      <w:r w:rsidRPr="00D037B0">
        <w:rPr>
          <w:rFonts w:ascii="Aptos" w:hAnsi="Aptos"/>
          <w:sz w:val="22"/>
          <w:szCs w:val="22"/>
        </w:rPr>
        <w:t xml:space="preserve"> </w:t>
      </w:r>
      <w:proofErr w:type="spellStart"/>
      <w:r w:rsidRPr="00D037B0">
        <w:rPr>
          <w:rFonts w:ascii="Aptos" w:hAnsi="Aptos"/>
          <w:sz w:val="22"/>
          <w:szCs w:val="22"/>
        </w:rPr>
        <w:t>Aquabike</w:t>
      </w:r>
      <w:proofErr w:type="spellEnd"/>
      <w:r w:rsidRPr="00D037B0">
        <w:rPr>
          <w:rFonts w:ascii="Aptos" w:hAnsi="Aptos"/>
          <w:sz w:val="22"/>
          <w:szCs w:val="22"/>
        </w:rPr>
        <w:t xml:space="preserve"> při ČSVM </w:t>
      </w:r>
    </w:p>
    <w:p w14:paraId="505D3F93" w14:textId="79119AFF" w:rsidR="004F6547" w:rsidRPr="00D037B0" w:rsidRDefault="004F6547" w:rsidP="004F6547">
      <w:pPr>
        <w:pStyle w:val="Default"/>
        <w:rPr>
          <w:rFonts w:ascii="Aptos" w:hAnsi="Aptos"/>
          <w:sz w:val="22"/>
          <w:szCs w:val="22"/>
        </w:rPr>
      </w:pPr>
    </w:p>
    <w:p w14:paraId="245CBD6D" w14:textId="77777777" w:rsidR="004F6547" w:rsidRPr="00D037B0" w:rsidRDefault="004F6547" w:rsidP="004F6547">
      <w:pPr>
        <w:pStyle w:val="Default"/>
        <w:rPr>
          <w:rFonts w:ascii="Aptos" w:hAnsi="Aptos"/>
          <w:sz w:val="22"/>
          <w:szCs w:val="22"/>
        </w:rPr>
      </w:pPr>
    </w:p>
    <w:p w14:paraId="14DBBBF8" w14:textId="77777777" w:rsidR="004F6547" w:rsidRPr="00D037B0" w:rsidRDefault="004F6547" w:rsidP="004F6547">
      <w:pPr>
        <w:pStyle w:val="Default"/>
        <w:rPr>
          <w:rFonts w:ascii="Aptos" w:hAnsi="Aptos"/>
          <w:sz w:val="22"/>
          <w:szCs w:val="22"/>
        </w:rPr>
      </w:pPr>
    </w:p>
    <w:p w14:paraId="342A52A2" w14:textId="77777777" w:rsidR="004F6547" w:rsidRPr="00D037B0" w:rsidRDefault="004F6547" w:rsidP="004F6547">
      <w:pPr>
        <w:suppressAutoHyphens w:val="0"/>
        <w:rPr>
          <w:rFonts w:ascii="Aptos" w:hAnsi="Aptos" w:cs="Aptos"/>
          <w:kern w:val="0"/>
          <w:sz w:val="22"/>
          <w:szCs w:val="22"/>
        </w:rPr>
      </w:pPr>
      <w:r w:rsidRPr="00D037B0">
        <w:rPr>
          <w:rFonts w:ascii="Aptos" w:hAnsi="Aptos" w:cs="Aptos"/>
          <w:b/>
          <w:bCs/>
          <w:color w:val="1F1F1F"/>
          <w:kern w:val="0"/>
          <w:sz w:val="22"/>
          <w:szCs w:val="22"/>
          <w:shd w:val="clear" w:color="auto" w:fill="FFFFFF"/>
        </w:rPr>
        <w:t xml:space="preserve">Rozdělení trenérů dle tříd ČSVM s ohledem na koncepci a metodiku </w:t>
      </w:r>
      <w:proofErr w:type="spellStart"/>
      <w:r w:rsidRPr="00D037B0">
        <w:rPr>
          <w:rFonts w:ascii="Aptos" w:hAnsi="Aptos" w:cs="Aptos"/>
          <w:b/>
          <w:bCs/>
          <w:color w:val="1F1F1F"/>
          <w:kern w:val="0"/>
          <w:sz w:val="22"/>
          <w:szCs w:val="22"/>
          <w:shd w:val="clear" w:color="auto" w:fill="FFFFFF"/>
        </w:rPr>
        <w:t>SpSM</w:t>
      </w:r>
      <w:proofErr w:type="spellEnd"/>
      <w:r w:rsidRPr="00D037B0">
        <w:rPr>
          <w:rFonts w:ascii="Aptos" w:hAnsi="Aptos" w:cs="Aptos"/>
          <w:b/>
          <w:bCs/>
          <w:color w:val="1F1F1F"/>
          <w:kern w:val="0"/>
          <w:sz w:val="22"/>
          <w:szCs w:val="22"/>
          <w:shd w:val="clear" w:color="auto" w:fill="FFFFFF"/>
        </w:rPr>
        <w:t>.</w:t>
      </w:r>
    </w:p>
    <w:p w14:paraId="56B0D7A8" w14:textId="77777777" w:rsidR="004F6547" w:rsidRPr="00D037B0" w:rsidRDefault="004F6547" w:rsidP="004F6547"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spacing w:before="100" w:beforeAutospacing="1" w:after="100" w:afterAutospacing="1"/>
        <w:rPr>
          <w:rFonts w:ascii="Aptos" w:hAnsi="Aptos" w:cs="Aptos"/>
          <w:color w:val="1F1F1F"/>
          <w:kern w:val="0"/>
          <w:sz w:val="22"/>
          <w:szCs w:val="22"/>
        </w:rPr>
      </w:pPr>
      <w:r w:rsidRPr="00D037B0">
        <w:rPr>
          <w:rFonts w:ascii="Aptos" w:hAnsi="Aptos" w:cs="Aptos"/>
          <w:b/>
          <w:bCs/>
          <w:color w:val="1F1F1F"/>
          <w:kern w:val="0"/>
          <w:sz w:val="22"/>
          <w:szCs w:val="22"/>
        </w:rPr>
        <w:t>Třída C/3 – Vedoucí trenér/koordinátor</w:t>
      </w:r>
    </w:p>
    <w:p w14:paraId="594E3AD2" w14:textId="77777777" w:rsidR="004F6547" w:rsidRPr="00D037B0" w:rsidRDefault="004F6547" w:rsidP="004F6547">
      <w:pPr>
        <w:numPr>
          <w:ilvl w:val="1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rPr>
          <w:rFonts w:ascii="Aptos" w:hAnsi="Aptos" w:cs="Aptos"/>
          <w:color w:val="1F1F1F"/>
          <w:kern w:val="0"/>
          <w:sz w:val="22"/>
          <w:szCs w:val="22"/>
        </w:rPr>
      </w:pPr>
      <w:r w:rsidRPr="00D037B0">
        <w:rPr>
          <w:rFonts w:ascii="Aptos" w:hAnsi="Aptos" w:cs="Aptos"/>
          <w:b/>
          <w:bCs/>
          <w:color w:val="1F1F1F"/>
          <w:kern w:val="0"/>
          <w:sz w:val="22"/>
          <w:szCs w:val="22"/>
        </w:rPr>
        <w:t>Kvalifikace:</w:t>
      </w:r>
      <w:r w:rsidRPr="00D037B0">
        <w:rPr>
          <w:rFonts w:ascii="Aptos" w:hAnsi="Aptos" w:cs="Aptos"/>
          <w:color w:val="1F1F1F"/>
          <w:kern w:val="0"/>
          <w:sz w:val="22"/>
          <w:szCs w:val="22"/>
        </w:rPr>
        <w:t> Základní trenérská kvalifikace zajištěná školením VV ČSVM.</w:t>
      </w:r>
    </w:p>
    <w:p w14:paraId="29336E9F" w14:textId="77777777" w:rsidR="004F6547" w:rsidRPr="00D037B0" w:rsidRDefault="004F6547" w:rsidP="004F6547">
      <w:pPr>
        <w:numPr>
          <w:ilvl w:val="1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rPr>
          <w:rFonts w:ascii="Aptos" w:hAnsi="Aptos" w:cs="Aptos"/>
          <w:color w:val="1F1F1F"/>
          <w:kern w:val="0"/>
          <w:sz w:val="22"/>
          <w:szCs w:val="22"/>
        </w:rPr>
      </w:pPr>
      <w:r w:rsidRPr="00D037B0">
        <w:rPr>
          <w:rFonts w:ascii="Aptos" w:hAnsi="Aptos" w:cs="Aptos"/>
          <w:b/>
          <w:bCs/>
          <w:color w:val="1F1F1F"/>
          <w:kern w:val="0"/>
          <w:sz w:val="22"/>
          <w:szCs w:val="22"/>
        </w:rPr>
        <w:t>Zkušenosti:</w:t>
      </w:r>
      <w:r w:rsidRPr="00D037B0">
        <w:rPr>
          <w:rFonts w:ascii="Aptos" w:hAnsi="Aptos" w:cs="Aptos"/>
          <w:color w:val="1F1F1F"/>
          <w:kern w:val="0"/>
          <w:sz w:val="22"/>
          <w:szCs w:val="22"/>
        </w:rPr>
        <w:t> Minimálně 6 let odborných zkušeností s tréninkem výkonnostních motoristů.</w:t>
      </w:r>
    </w:p>
    <w:p w14:paraId="3527858E" w14:textId="77777777" w:rsidR="004F6547" w:rsidRPr="00D037B0" w:rsidRDefault="004F6547" w:rsidP="004F6547">
      <w:pPr>
        <w:numPr>
          <w:ilvl w:val="1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rPr>
          <w:rFonts w:ascii="Aptos" w:hAnsi="Aptos" w:cs="Aptos"/>
          <w:color w:val="1F1F1F"/>
          <w:kern w:val="0"/>
          <w:sz w:val="22"/>
          <w:szCs w:val="22"/>
        </w:rPr>
      </w:pPr>
      <w:r w:rsidRPr="00D037B0">
        <w:rPr>
          <w:rFonts w:ascii="Aptos" w:hAnsi="Aptos" w:cs="Aptos"/>
          <w:b/>
          <w:bCs/>
          <w:color w:val="1F1F1F"/>
          <w:kern w:val="0"/>
          <w:sz w:val="22"/>
          <w:szCs w:val="22"/>
        </w:rPr>
        <w:t>Další předpoklady:</w:t>
      </w:r>
    </w:p>
    <w:p w14:paraId="483B707A" w14:textId="77777777" w:rsidR="004F6547" w:rsidRPr="00D037B0" w:rsidRDefault="004F6547" w:rsidP="004F6547">
      <w:pPr>
        <w:numPr>
          <w:ilvl w:val="2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rPr>
          <w:rFonts w:ascii="Aptos" w:hAnsi="Aptos" w:cs="Aptos"/>
          <w:color w:val="1F1F1F"/>
          <w:kern w:val="0"/>
          <w:sz w:val="22"/>
          <w:szCs w:val="22"/>
        </w:rPr>
      </w:pPr>
      <w:r w:rsidRPr="00D037B0">
        <w:rPr>
          <w:rFonts w:ascii="Aptos" w:hAnsi="Aptos" w:cs="Aptos"/>
          <w:color w:val="1F1F1F"/>
          <w:kern w:val="0"/>
          <w:sz w:val="22"/>
          <w:szCs w:val="22"/>
        </w:rPr>
        <w:t>Dobré komunikační a koordinační schopnosti.</w:t>
      </w:r>
    </w:p>
    <w:p w14:paraId="2B56D4A2" w14:textId="77777777" w:rsidR="004F6547" w:rsidRPr="00D037B0" w:rsidRDefault="004F6547" w:rsidP="004F6547">
      <w:pPr>
        <w:numPr>
          <w:ilvl w:val="2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rPr>
          <w:rFonts w:ascii="Aptos" w:hAnsi="Aptos" w:cs="Aptos"/>
          <w:color w:val="1F1F1F"/>
          <w:kern w:val="0"/>
          <w:sz w:val="22"/>
          <w:szCs w:val="22"/>
        </w:rPr>
      </w:pPr>
      <w:r w:rsidRPr="00D037B0">
        <w:rPr>
          <w:rFonts w:ascii="Aptos" w:hAnsi="Aptos" w:cs="Aptos"/>
          <w:color w:val="1F1F1F"/>
          <w:kern w:val="0"/>
          <w:sz w:val="22"/>
          <w:szCs w:val="22"/>
        </w:rPr>
        <w:t>Průkaz VMP</w:t>
      </w:r>
    </w:p>
    <w:p w14:paraId="3D281C4D" w14:textId="77777777" w:rsidR="004F6547" w:rsidRPr="00D037B0" w:rsidRDefault="004F6547" w:rsidP="004F6547">
      <w:pPr>
        <w:numPr>
          <w:ilvl w:val="2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rPr>
          <w:rFonts w:ascii="Aptos" w:hAnsi="Aptos" w:cs="Aptos"/>
          <w:color w:val="1F1F1F"/>
          <w:kern w:val="0"/>
          <w:sz w:val="22"/>
          <w:szCs w:val="22"/>
        </w:rPr>
      </w:pPr>
      <w:r w:rsidRPr="00D037B0">
        <w:rPr>
          <w:rFonts w:ascii="Aptos" w:hAnsi="Aptos" w:cs="Aptos"/>
          <w:color w:val="1F1F1F"/>
          <w:kern w:val="0"/>
          <w:sz w:val="22"/>
          <w:szCs w:val="22"/>
        </w:rPr>
        <w:t>Pro FF: znalost pravidel U.I.M.</w:t>
      </w:r>
    </w:p>
    <w:p w14:paraId="46D27A75" w14:textId="77777777" w:rsidR="004F6547" w:rsidRPr="00D037B0" w:rsidRDefault="004F6547" w:rsidP="004F6547">
      <w:pPr>
        <w:numPr>
          <w:ilvl w:val="2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rPr>
          <w:rFonts w:ascii="Aptos" w:hAnsi="Aptos" w:cs="Aptos"/>
          <w:color w:val="1F1F1F"/>
          <w:kern w:val="0"/>
          <w:sz w:val="22"/>
          <w:szCs w:val="22"/>
        </w:rPr>
      </w:pPr>
      <w:r w:rsidRPr="00D037B0">
        <w:rPr>
          <w:rFonts w:ascii="Aptos" w:hAnsi="Aptos" w:cs="Aptos"/>
          <w:color w:val="1F1F1F"/>
          <w:kern w:val="0"/>
          <w:sz w:val="22"/>
          <w:szCs w:val="22"/>
        </w:rPr>
        <w:t>Trénování v minimálním počtu 50 hodin za sezónu.</w:t>
      </w:r>
    </w:p>
    <w:p w14:paraId="13B0B518" w14:textId="77777777" w:rsidR="004F6547" w:rsidRPr="00D037B0" w:rsidRDefault="004F6547" w:rsidP="004F6547">
      <w:pPr>
        <w:numPr>
          <w:ilvl w:val="2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rPr>
          <w:rFonts w:ascii="Aptos" w:hAnsi="Aptos" w:cs="Aptos"/>
          <w:color w:val="1F1F1F"/>
          <w:kern w:val="0"/>
          <w:sz w:val="22"/>
          <w:szCs w:val="22"/>
        </w:rPr>
      </w:pPr>
      <w:r w:rsidRPr="00D037B0">
        <w:rPr>
          <w:rFonts w:ascii="Aptos" w:hAnsi="Aptos" w:cs="Aptos"/>
          <w:color w:val="1F1F1F"/>
          <w:kern w:val="0"/>
          <w:sz w:val="22"/>
          <w:szCs w:val="22"/>
        </w:rPr>
        <w:t>Schopnost předvést závodní tratě na člunu.</w:t>
      </w:r>
    </w:p>
    <w:p w14:paraId="7D202458" w14:textId="77777777" w:rsidR="004F6547" w:rsidRPr="00D037B0" w:rsidRDefault="004F6547" w:rsidP="004F6547"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spacing w:before="100" w:beforeAutospacing="1" w:after="100" w:afterAutospacing="1"/>
        <w:rPr>
          <w:rFonts w:ascii="Aptos" w:hAnsi="Aptos" w:cs="Aptos"/>
          <w:color w:val="1F1F1F"/>
          <w:kern w:val="0"/>
          <w:sz w:val="22"/>
          <w:szCs w:val="22"/>
        </w:rPr>
      </w:pPr>
      <w:r w:rsidRPr="00D037B0">
        <w:rPr>
          <w:rFonts w:ascii="Aptos" w:hAnsi="Aptos" w:cs="Aptos"/>
          <w:b/>
          <w:bCs/>
          <w:color w:val="1F1F1F"/>
          <w:kern w:val="0"/>
          <w:sz w:val="22"/>
          <w:szCs w:val="22"/>
        </w:rPr>
        <w:t>Třída C/2 – Trenér</w:t>
      </w:r>
    </w:p>
    <w:p w14:paraId="551F40E0" w14:textId="77777777" w:rsidR="004F6547" w:rsidRPr="00D037B0" w:rsidRDefault="004F6547" w:rsidP="004F6547">
      <w:pPr>
        <w:numPr>
          <w:ilvl w:val="1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rPr>
          <w:rFonts w:ascii="Aptos" w:hAnsi="Aptos" w:cs="Aptos"/>
          <w:color w:val="1F1F1F"/>
          <w:kern w:val="0"/>
          <w:sz w:val="22"/>
          <w:szCs w:val="22"/>
        </w:rPr>
      </w:pPr>
      <w:r w:rsidRPr="00D037B0">
        <w:rPr>
          <w:rFonts w:ascii="Aptos" w:hAnsi="Aptos" w:cs="Aptos"/>
          <w:b/>
          <w:bCs/>
          <w:color w:val="1F1F1F"/>
          <w:kern w:val="0"/>
          <w:sz w:val="22"/>
          <w:szCs w:val="22"/>
        </w:rPr>
        <w:t>Kvalifikace:</w:t>
      </w:r>
      <w:r w:rsidRPr="00D037B0">
        <w:rPr>
          <w:rFonts w:ascii="Aptos" w:hAnsi="Aptos" w:cs="Aptos"/>
          <w:color w:val="1F1F1F"/>
          <w:kern w:val="0"/>
          <w:sz w:val="22"/>
          <w:szCs w:val="22"/>
        </w:rPr>
        <w:t> Základní trenérská kvalifikace zajištěná školením VV ČSVM.</w:t>
      </w:r>
    </w:p>
    <w:p w14:paraId="2B08A36C" w14:textId="77777777" w:rsidR="004F6547" w:rsidRPr="00D037B0" w:rsidRDefault="004F6547" w:rsidP="004F6547">
      <w:pPr>
        <w:numPr>
          <w:ilvl w:val="1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rPr>
          <w:rFonts w:ascii="Aptos" w:hAnsi="Aptos" w:cs="Aptos"/>
          <w:color w:val="1F1F1F"/>
          <w:kern w:val="0"/>
          <w:sz w:val="22"/>
          <w:szCs w:val="22"/>
        </w:rPr>
      </w:pPr>
      <w:r w:rsidRPr="00D037B0">
        <w:rPr>
          <w:rFonts w:ascii="Aptos" w:hAnsi="Aptos" w:cs="Aptos"/>
          <w:b/>
          <w:bCs/>
          <w:color w:val="1F1F1F"/>
          <w:kern w:val="0"/>
          <w:sz w:val="22"/>
          <w:szCs w:val="22"/>
        </w:rPr>
        <w:t>Zkušenosti:</w:t>
      </w:r>
      <w:r w:rsidRPr="00D037B0">
        <w:rPr>
          <w:rFonts w:ascii="Aptos" w:hAnsi="Aptos" w:cs="Aptos"/>
          <w:color w:val="1F1F1F"/>
          <w:kern w:val="0"/>
          <w:sz w:val="22"/>
          <w:szCs w:val="22"/>
        </w:rPr>
        <w:t> Minimálně 4 roky odborných zkušeností s tréninkem výkonnostních motoristů.</w:t>
      </w:r>
    </w:p>
    <w:p w14:paraId="05723C1B" w14:textId="77777777" w:rsidR="004F6547" w:rsidRPr="00D037B0" w:rsidRDefault="004F6547" w:rsidP="004F6547">
      <w:pPr>
        <w:numPr>
          <w:ilvl w:val="1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rPr>
          <w:rFonts w:ascii="Aptos" w:hAnsi="Aptos" w:cs="Aptos"/>
          <w:color w:val="1F1F1F"/>
          <w:kern w:val="0"/>
          <w:sz w:val="22"/>
          <w:szCs w:val="22"/>
        </w:rPr>
      </w:pPr>
      <w:r w:rsidRPr="00D037B0">
        <w:rPr>
          <w:rFonts w:ascii="Aptos" w:hAnsi="Aptos" w:cs="Aptos"/>
          <w:b/>
          <w:bCs/>
          <w:color w:val="1F1F1F"/>
          <w:kern w:val="0"/>
          <w:sz w:val="22"/>
          <w:szCs w:val="22"/>
        </w:rPr>
        <w:t>Další předpoklady:</w:t>
      </w:r>
    </w:p>
    <w:p w14:paraId="0A78916F" w14:textId="77777777" w:rsidR="004F6547" w:rsidRPr="00D037B0" w:rsidRDefault="004F6547" w:rsidP="004F6547">
      <w:pPr>
        <w:numPr>
          <w:ilvl w:val="2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rPr>
          <w:rFonts w:ascii="Aptos" w:hAnsi="Aptos" w:cs="Aptos"/>
          <w:color w:val="1F1F1F"/>
          <w:kern w:val="0"/>
          <w:sz w:val="22"/>
          <w:szCs w:val="22"/>
        </w:rPr>
      </w:pPr>
      <w:r w:rsidRPr="00D037B0">
        <w:rPr>
          <w:rFonts w:ascii="Aptos" w:hAnsi="Aptos" w:cs="Aptos"/>
          <w:color w:val="1F1F1F"/>
          <w:kern w:val="0"/>
          <w:sz w:val="22"/>
          <w:szCs w:val="22"/>
        </w:rPr>
        <w:t>Dobré komunikační a koordinační schopnosti.</w:t>
      </w:r>
    </w:p>
    <w:p w14:paraId="4E6FF696" w14:textId="77777777" w:rsidR="004F6547" w:rsidRPr="00D037B0" w:rsidRDefault="004F6547" w:rsidP="004F6547">
      <w:pPr>
        <w:numPr>
          <w:ilvl w:val="2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rPr>
          <w:rFonts w:ascii="Aptos" w:hAnsi="Aptos" w:cs="Aptos"/>
          <w:color w:val="1F1F1F"/>
          <w:kern w:val="0"/>
          <w:sz w:val="22"/>
          <w:szCs w:val="22"/>
        </w:rPr>
      </w:pPr>
      <w:r w:rsidRPr="00D037B0">
        <w:rPr>
          <w:rFonts w:ascii="Aptos" w:hAnsi="Aptos" w:cs="Aptos"/>
          <w:color w:val="1F1F1F"/>
          <w:kern w:val="0"/>
          <w:sz w:val="22"/>
          <w:szCs w:val="22"/>
        </w:rPr>
        <w:t>Průkaz VMP</w:t>
      </w:r>
    </w:p>
    <w:p w14:paraId="3853B93A" w14:textId="77777777" w:rsidR="004F6547" w:rsidRPr="00D037B0" w:rsidRDefault="004F6547" w:rsidP="004F6547">
      <w:pPr>
        <w:numPr>
          <w:ilvl w:val="2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rPr>
          <w:rFonts w:ascii="Aptos" w:hAnsi="Aptos" w:cs="Aptos"/>
          <w:color w:val="1F1F1F"/>
          <w:kern w:val="0"/>
          <w:sz w:val="22"/>
          <w:szCs w:val="22"/>
        </w:rPr>
      </w:pPr>
      <w:r w:rsidRPr="00D037B0">
        <w:rPr>
          <w:rFonts w:ascii="Aptos" w:hAnsi="Aptos" w:cs="Aptos"/>
          <w:color w:val="1F1F1F"/>
          <w:kern w:val="0"/>
          <w:sz w:val="22"/>
          <w:szCs w:val="22"/>
        </w:rPr>
        <w:t>Pro FF: znalost pravidel U.I.M.</w:t>
      </w:r>
    </w:p>
    <w:p w14:paraId="7EF5ACA6" w14:textId="77777777" w:rsidR="004F6547" w:rsidRPr="00D037B0" w:rsidRDefault="004F6547" w:rsidP="004F6547">
      <w:pPr>
        <w:numPr>
          <w:ilvl w:val="2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rPr>
          <w:rFonts w:ascii="Aptos" w:hAnsi="Aptos" w:cs="Aptos"/>
          <w:color w:val="1F1F1F"/>
          <w:kern w:val="0"/>
          <w:sz w:val="22"/>
          <w:szCs w:val="22"/>
        </w:rPr>
      </w:pPr>
      <w:r w:rsidRPr="00D037B0">
        <w:rPr>
          <w:rFonts w:ascii="Aptos" w:hAnsi="Aptos" w:cs="Aptos"/>
          <w:color w:val="1F1F1F"/>
          <w:kern w:val="0"/>
          <w:sz w:val="22"/>
          <w:szCs w:val="22"/>
        </w:rPr>
        <w:t>Trénování v minimálním počtu 30 hodin za sezónu.</w:t>
      </w:r>
    </w:p>
    <w:p w14:paraId="31ED608E" w14:textId="77777777" w:rsidR="004F6547" w:rsidRPr="00D037B0" w:rsidRDefault="004F6547" w:rsidP="004F6547"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spacing w:before="100" w:beforeAutospacing="1" w:after="100" w:afterAutospacing="1"/>
        <w:rPr>
          <w:rFonts w:ascii="Aptos" w:hAnsi="Aptos" w:cs="Aptos"/>
          <w:color w:val="1F1F1F"/>
          <w:kern w:val="0"/>
          <w:sz w:val="22"/>
          <w:szCs w:val="22"/>
        </w:rPr>
      </w:pPr>
      <w:r w:rsidRPr="00D037B0">
        <w:rPr>
          <w:rFonts w:ascii="Aptos" w:hAnsi="Aptos" w:cs="Aptos"/>
          <w:b/>
          <w:bCs/>
          <w:color w:val="1F1F1F"/>
          <w:kern w:val="0"/>
          <w:sz w:val="22"/>
          <w:szCs w:val="22"/>
        </w:rPr>
        <w:t>Třída C/1 – Trenér v zácviku</w:t>
      </w:r>
    </w:p>
    <w:p w14:paraId="7A9DF1FD" w14:textId="77777777" w:rsidR="004F6547" w:rsidRPr="00D037B0" w:rsidRDefault="004F6547" w:rsidP="004F6547">
      <w:pPr>
        <w:numPr>
          <w:ilvl w:val="1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rPr>
          <w:rFonts w:ascii="Aptos" w:hAnsi="Aptos" w:cs="Aptos"/>
          <w:color w:val="1F1F1F"/>
          <w:kern w:val="0"/>
          <w:sz w:val="22"/>
          <w:szCs w:val="22"/>
        </w:rPr>
      </w:pPr>
      <w:r w:rsidRPr="00D037B0">
        <w:rPr>
          <w:rFonts w:ascii="Aptos" w:hAnsi="Aptos" w:cs="Aptos"/>
          <w:b/>
          <w:bCs/>
          <w:color w:val="1F1F1F"/>
          <w:kern w:val="0"/>
          <w:sz w:val="22"/>
          <w:szCs w:val="22"/>
        </w:rPr>
        <w:t>Kvalifikace:</w:t>
      </w:r>
      <w:r w:rsidRPr="00D037B0">
        <w:rPr>
          <w:rFonts w:ascii="Aptos" w:hAnsi="Aptos" w:cs="Aptos"/>
          <w:color w:val="1F1F1F"/>
          <w:kern w:val="0"/>
          <w:sz w:val="22"/>
          <w:szCs w:val="22"/>
        </w:rPr>
        <w:t> Základní trenérská kvalifikace zajištěná školením VV ČSVM.</w:t>
      </w:r>
    </w:p>
    <w:p w14:paraId="18595EEA" w14:textId="77777777" w:rsidR="004F6547" w:rsidRPr="00D037B0" w:rsidRDefault="004F6547" w:rsidP="004F6547">
      <w:pPr>
        <w:numPr>
          <w:ilvl w:val="1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rPr>
          <w:rFonts w:ascii="Aptos" w:hAnsi="Aptos" w:cs="Aptos"/>
          <w:color w:val="1F1F1F"/>
          <w:kern w:val="0"/>
          <w:sz w:val="22"/>
          <w:szCs w:val="22"/>
        </w:rPr>
      </w:pPr>
      <w:r w:rsidRPr="00D037B0">
        <w:rPr>
          <w:rFonts w:ascii="Aptos" w:hAnsi="Aptos" w:cs="Aptos"/>
          <w:b/>
          <w:bCs/>
          <w:color w:val="1F1F1F"/>
          <w:kern w:val="0"/>
          <w:sz w:val="22"/>
          <w:szCs w:val="22"/>
        </w:rPr>
        <w:t>Zkušenosti:</w:t>
      </w:r>
      <w:r w:rsidRPr="00D037B0">
        <w:rPr>
          <w:rFonts w:ascii="Aptos" w:hAnsi="Aptos" w:cs="Aptos"/>
          <w:color w:val="1F1F1F"/>
          <w:kern w:val="0"/>
          <w:sz w:val="22"/>
          <w:szCs w:val="22"/>
        </w:rPr>
        <w:t> Získávání odborných zkušeností s tréninkem výkonnostních motoristů.</w:t>
      </w:r>
    </w:p>
    <w:p w14:paraId="379AEEFB" w14:textId="77777777" w:rsidR="004F6547" w:rsidRPr="00D037B0" w:rsidRDefault="004F6547" w:rsidP="004F6547">
      <w:pPr>
        <w:numPr>
          <w:ilvl w:val="1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rPr>
          <w:rFonts w:ascii="Aptos" w:hAnsi="Aptos" w:cs="Aptos"/>
          <w:color w:val="1F1F1F"/>
          <w:kern w:val="0"/>
          <w:sz w:val="22"/>
          <w:szCs w:val="22"/>
        </w:rPr>
      </w:pPr>
      <w:r w:rsidRPr="00D037B0">
        <w:rPr>
          <w:rFonts w:ascii="Aptos" w:hAnsi="Aptos" w:cs="Aptos"/>
          <w:b/>
          <w:bCs/>
          <w:color w:val="1F1F1F"/>
          <w:kern w:val="0"/>
          <w:sz w:val="22"/>
          <w:szCs w:val="22"/>
        </w:rPr>
        <w:t>Další předpoklady:</w:t>
      </w:r>
    </w:p>
    <w:p w14:paraId="4DCEE0F5" w14:textId="77777777" w:rsidR="004F6547" w:rsidRPr="00D037B0" w:rsidRDefault="004F6547" w:rsidP="004F6547">
      <w:pPr>
        <w:numPr>
          <w:ilvl w:val="2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rPr>
          <w:rFonts w:ascii="Aptos" w:hAnsi="Aptos" w:cs="Aptos"/>
          <w:color w:val="1F1F1F"/>
          <w:kern w:val="0"/>
          <w:sz w:val="22"/>
          <w:szCs w:val="22"/>
        </w:rPr>
      </w:pPr>
      <w:r w:rsidRPr="00D037B0">
        <w:rPr>
          <w:rFonts w:ascii="Aptos" w:hAnsi="Aptos" w:cs="Aptos"/>
          <w:color w:val="1F1F1F"/>
          <w:kern w:val="0"/>
          <w:sz w:val="22"/>
          <w:szCs w:val="22"/>
        </w:rPr>
        <w:t>Dobré komunikační a koordinační schopnosti.</w:t>
      </w:r>
    </w:p>
    <w:p w14:paraId="149905AD" w14:textId="77777777" w:rsidR="004F6547" w:rsidRPr="00D037B0" w:rsidRDefault="004F6547" w:rsidP="004F6547">
      <w:pPr>
        <w:numPr>
          <w:ilvl w:val="2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rPr>
          <w:rFonts w:ascii="Aptos" w:hAnsi="Aptos" w:cs="Aptos"/>
          <w:color w:val="1F1F1F"/>
          <w:kern w:val="0"/>
          <w:sz w:val="22"/>
          <w:szCs w:val="22"/>
        </w:rPr>
      </w:pPr>
      <w:r w:rsidRPr="00D037B0">
        <w:rPr>
          <w:rFonts w:ascii="Aptos" w:hAnsi="Aptos" w:cs="Aptos"/>
          <w:color w:val="1F1F1F"/>
          <w:kern w:val="0"/>
          <w:sz w:val="22"/>
          <w:szCs w:val="22"/>
        </w:rPr>
        <w:t>Průkaz VMP</w:t>
      </w:r>
    </w:p>
    <w:p w14:paraId="4D7B7C30" w14:textId="77777777" w:rsidR="004F6547" w:rsidRPr="00D037B0" w:rsidRDefault="004F6547" w:rsidP="004F6547">
      <w:pPr>
        <w:numPr>
          <w:ilvl w:val="2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rPr>
          <w:rFonts w:ascii="Aptos" w:hAnsi="Aptos" w:cs="Aptos"/>
          <w:color w:val="1F1F1F"/>
          <w:kern w:val="0"/>
          <w:sz w:val="22"/>
          <w:szCs w:val="22"/>
        </w:rPr>
      </w:pPr>
      <w:r w:rsidRPr="00D037B0">
        <w:rPr>
          <w:rFonts w:ascii="Aptos" w:hAnsi="Aptos" w:cs="Aptos"/>
          <w:color w:val="1F1F1F"/>
          <w:kern w:val="0"/>
          <w:sz w:val="22"/>
          <w:szCs w:val="22"/>
        </w:rPr>
        <w:t>Pro FF: znalost pravidel U.I.M.</w:t>
      </w:r>
    </w:p>
    <w:p w14:paraId="15581C13" w14:textId="77777777" w:rsidR="004F6547" w:rsidRPr="00D037B0" w:rsidRDefault="004F6547" w:rsidP="004F6547">
      <w:pPr>
        <w:numPr>
          <w:ilvl w:val="2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uppressAutoHyphens w:val="0"/>
        <w:rPr>
          <w:rFonts w:ascii="Aptos" w:hAnsi="Aptos" w:cs="Aptos"/>
          <w:color w:val="1F1F1F"/>
          <w:kern w:val="0"/>
          <w:sz w:val="22"/>
          <w:szCs w:val="22"/>
        </w:rPr>
      </w:pPr>
      <w:r w:rsidRPr="00D037B0">
        <w:rPr>
          <w:rFonts w:ascii="Aptos" w:hAnsi="Aptos" w:cs="Aptos"/>
          <w:color w:val="1F1F1F"/>
          <w:kern w:val="0"/>
          <w:sz w:val="22"/>
          <w:szCs w:val="22"/>
        </w:rPr>
        <w:t>Trénování v minimálním počtu 15 hodin za sezónu.</w:t>
      </w:r>
    </w:p>
    <w:p w14:paraId="7039C82F" w14:textId="77777777" w:rsidR="004F6547" w:rsidRPr="00D037B0" w:rsidRDefault="004F6547" w:rsidP="004F6547">
      <w:pPr>
        <w:pStyle w:val="Default"/>
        <w:spacing w:after="18"/>
        <w:rPr>
          <w:rFonts w:ascii="Aptos" w:hAnsi="Aptos"/>
          <w:color w:val="auto"/>
          <w:sz w:val="22"/>
          <w:szCs w:val="22"/>
        </w:rPr>
      </w:pPr>
    </w:p>
    <w:p w14:paraId="73C1B79F" w14:textId="77777777" w:rsidR="004F6547" w:rsidRPr="00D037B0" w:rsidRDefault="004F6547" w:rsidP="004F6547">
      <w:pPr>
        <w:pStyle w:val="Default"/>
        <w:spacing w:after="18"/>
        <w:rPr>
          <w:rFonts w:ascii="Aptos" w:hAnsi="Aptos"/>
          <w:sz w:val="22"/>
          <w:szCs w:val="22"/>
        </w:rPr>
      </w:pPr>
      <w:r w:rsidRPr="00D037B0">
        <w:rPr>
          <w:rFonts w:ascii="Aptos" w:hAnsi="Aptos"/>
          <w:b/>
          <w:bCs/>
          <w:sz w:val="22"/>
          <w:szCs w:val="22"/>
          <w:u w:val="single"/>
        </w:rPr>
        <w:t>Rozdělení rozhodčích sportovních a rychlostních plaveb:</w:t>
      </w:r>
    </w:p>
    <w:p w14:paraId="69AE3509" w14:textId="77777777" w:rsidR="004F6547" w:rsidRPr="00D037B0" w:rsidRDefault="004F6547" w:rsidP="004F6547">
      <w:pPr>
        <w:pStyle w:val="Default"/>
        <w:spacing w:after="18"/>
        <w:rPr>
          <w:rFonts w:ascii="Aptos" w:hAnsi="Aptos"/>
          <w:sz w:val="22"/>
          <w:szCs w:val="22"/>
        </w:rPr>
      </w:pPr>
      <w:r w:rsidRPr="00D037B0">
        <w:rPr>
          <w:rStyle w:val="Standardnpsmoodstavce1"/>
          <w:rFonts w:ascii="Aptos" w:hAnsi="Aptos"/>
          <w:b/>
          <w:bCs/>
          <w:sz w:val="22"/>
          <w:szCs w:val="22"/>
        </w:rPr>
        <w:t>Třída C –</w:t>
      </w:r>
      <w:r w:rsidRPr="00D037B0">
        <w:rPr>
          <w:rStyle w:val="Standardnpsmoodstavce1"/>
          <w:rFonts w:ascii="Aptos" w:hAnsi="Aptos"/>
          <w:sz w:val="22"/>
          <w:szCs w:val="22"/>
        </w:rPr>
        <w:t xml:space="preserve"> </w:t>
      </w:r>
      <w:r w:rsidRPr="00D037B0">
        <w:rPr>
          <w:rStyle w:val="Standardnpsmoodstavce1"/>
          <w:rFonts w:ascii="Aptos" w:hAnsi="Aptos"/>
          <w:color w:val="auto"/>
          <w:sz w:val="22"/>
          <w:szCs w:val="22"/>
        </w:rPr>
        <w:t>kvalifikačním předpokladem výkonu funkce je základní kvalifikace, kterou zajišťuje školením VV ČSVM. Dále odborné zkušenosti s pravidly výkonnostních motoristů v délce minimálně 5 let.</w:t>
      </w:r>
      <w:r w:rsidRPr="00D037B0">
        <w:rPr>
          <w:rStyle w:val="Standardnpsmoodstavce1"/>
          <w:rFonts w:ascii="Aptos" w:hAnsi="Aptos"/>
          <w:color w:val="FF0000"/>
          <w:sz w:val="22"/>
          <w:szCs w:val="22"/>
        </w:rPr>
        <w:t xml:space="preserve"> </w:t>
      </w:r>
      <w:r w:rsidRPr="00D037B0">
        <w:rPr>
          <w:rStyle w:val="Standardnpsmoodstavce1"/>
          <w:rFonts w:ascii="Aptos" w:hAnsi="Aptos"/>
          <w:color w:val="auto"/>
          <w:sz w:val="22"/>
          <w:szCs w:val="22"/>
        </w:rPr>
        <w:t>Dalším předpokladem pro výkon této funkce jsou dobré komunikační a koordinační schopnosti.</w:t>
      </w:r>
    </w:p>
    <w:p w14:paraId="5B359839" w14:textId="77777777" w:rsidR="004F6547" w:rsidRPr="00D037B0" w:rsidRDefault="004F6547" w:rsidP="004F6547">
      <w:pPr>
        <w:pStyle w:val="Default"/>
        <w:spacing w:after="18"/>
        <w:rPr>
          <w:rFonts w:ascii="Aptos" w:hAnsi="Aptos"/>
          <w:color w:val="auto"/>
          <w:sz w:val="22"/>
          <w:szCs w:val="22"/>
        </w:rPr>
      </w:pPr>
    </w:p>
    <w:p w14:paraId="5AAE02A5" w14:textId="0BFE783F" w:rsidR="00CF6710" w:rsidRPr="00D037B0" w:rsidRDefault="004F6547" w:rsidP="004F6547">
      <w:pPr>
        <w:pStyle w:val="Default"/>
        <w:spacing w:after="18"/>
        <w:rPr>
          <w:rFonts w:ascii="Aptos" w:hAnsi="Aptos"/>
          <w:sz w:val="22"/>
          <w:szCs w:val="22"/>
        </w:rPr>
      </w:pPr>
      <w:r w:rsidRPr="00D037B0">
        <w:rPr>
          <w:rFonts w:ascii="Aptos" w:hAnsi="Aptos"/>
          <w:color w:val="auto"/>
          <w:sz w:val="22"/>
          <w:szCs w:val="22"/>
        </w:rPr>
        <w:t xml:space="preserve">Četnost školení u rozhodčích </w:t>
      </w:r>
      <w:proofErr w:type="spellStart"/>
      <w:r w:rsidRPr="00D037B0">
        <w:rPr>
          <w:rFonts w:ascii="Aptos" w:hAnsi="Aptos"/>
          <w:color w:val="auto"/>
          <w:sz w:val="22"/>
          <w:szCs w:val="22"/>
        </w:rPr>
        <w:t>SpS</w:t>
      </w:r>
      <w:proofErr w:type="spellEnd"/>
      <w:r w:rsidRPr="00D037B0">
        <w:rPr>
          <w:rFonts w:ascii="Aptos" w:hAnsi="Aptos"/>
          <w:color w:val="auto"/>
          <w:sz w:val="22"/>
          <w:szCs w:val="22"/>
        </w:rPr>
        <w:t xml:space="preserve"> je minimálně dvakrát ročně, u rozhodčích sportovních a rychlostních závodů jedou ročně. </w:t>
      </w:r>
    </w:p>
    <w:sectPr w:rsidR="00CF6710" w:rsidRPr="00D037B0" w:rsidSect="00034616">
      <w:headerReference w:type="default" r:id="rId8"/>
      <w:footerReference w:type="default" r:id="rId9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820B1" w14:textId="77777777" w:rsidR="00E119A1" w:rsidRDefault="00E119A1">
      <w:r>
        <w:separator/>
      </w:r>
    </w:p>
  </w:endnote>
  <w:endnote w:type="continuationSeparator" w:id="0">
    <w:p w14:paraId="34CB0B2F" w14:textId="77777777" w:rsidR="00E119A1" w:rsidRDefault="00E11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4E0A0" w14:textId="77777777" w:rsidR="00CF6710" w:rsidRPr="00067FBD" w:rsidRDefault="00000000">
    <w:pPr>
      <w:pStyle w:val="Zpat"/>
      <w:pBdr>
        <w:top w:val="single" w:sz="6" w:space="4" w:color="103460"/>
      </w:pBdr>
    </w:pPr>
    <w:r w:rsidRPr="00067FBD">
      <w:rPr>
        <w:rFonts w:ascii="Aptos" w:hAnsi="Aptos"/>
        <w:color w:val="3C3C3C"/>
        <w:sz w:val="18"/>
      </w:rPr>
      <w:br/>
      <w:t>Podolský přístav 5 | 147 00 Praha 4  |  IČ: 00506184</w:t>
    </w:r>
    <w:r w:rsidRPr="00067FBD">
      <w:rPr>
        <w:rFonts w:ascii="Aptos" w:hAnsi="Aptos"/>
        <w:color w:val="3C3C3C"/>
        <w:sz w:val="18"/>
      </w:rPr>
      <w:br/>
      <w:t>č. ú.: 5587980003/5500  |  IBAN: CZ0555000000005587980003</w:t>
    </w:r>
    <w:r w:rsidRPr="00067FBD">
      <w:rPr>
        <w:rFonts w:ascii="Aptos" w:hAnsi="Aptos"/>
        <w:color w:val="3C3C3C"/>
        <w:sz w:val="18"/>
      </w:rPr>
      <w:br/>
      <w:t>Datová schránka: p49gyb5</w:t>
    </w:r>
    <w:r w:rsidRPr="00067FBD">
      <w:rPr>
        <w:rFonts w:ascii="Aptos" w:hAnsi="Aptos"/>
        <w:color w:val="3C3C3C"/>
        <w:sz w:val="18"/>
      </w:rPr>
      <w:br/>
      <w:t>csvm@seznam.cz  |  www.csvm.cz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43C66" w14:textId="77777777" w:rsidR="00E119A1" w:rsidRDefault="00E119A1">
      <w:r>
        <w:separator/>
      </w:r>
    </w:p>
  </w:footnote>
  <w:footnote w:type="continuationSeparator" w:id="0">
    <w:p w14:paraId="1CA4E167" w14:textId="77777777" w:rsidR="00E119A1" w:rsidRDefault="00E119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639EC" w14:textId="77777777" w:rsidR="00CF6710" w:rsidRDefault="00CF6710">
    <w:pPr>
      <w:pStyle w:val="Zhlav"/>
    </w:pPr>
  </w:p>
  <w:tbl>
    <w:tblPr>
      <w:tblW w:w="13827" w:type="dxa"/>
      <w:tblLayout w:type="fixed"/>
      <w:tblLook w:val="04A0" w:firstRow="1" w:lastRow="0" w:firstColumn="1" w:lastColumn="0" w:noHBand="0" w:noVBand="1"/>
    </w:tblPr>
    <w:tblGrid>
      <w:gridCol w:w="3652"/>
      <w:gridCol w:w="6095"/>
      <w:gridCol w:w="4080"/>
    </w:tblGrid>
    <w:tr w:rsidR="00DD4AFF" w14:paraId="65057A7A" w14:textId="77777777" w:rsidTr="00DD4AFF">
      <w:tc>
        <w:tcPr>
          <w:tcW w:w="3652" w:type="dxa"/>
        </w:tcPr>
        <w:p w14:paraId="48D8F1F8" w14:textId="77777777" w:rsidR="00CF6710" w:rsidRDefault="00000000">
          <w:r>
            <w:rPr>
              <w:noProof/>
            </w:rPr>
            <w:drawing>
              <wp:inline distT="0" distB="0" distL="0" distR="0" wp14:anchorId="0E43685B" wp14:editId="4B071AF0">
                <wp:extent cx="864000" cy="86155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̌SVM,ZNAKII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4000" cy="86155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5" w:type="dxa"/>
        </w:tcPr>
        <w:p w14:paraId="45C78BD6" w14:textId="77777777" w:rsidR="00CF6710" w:rsidRPr="00DD4AFF" w:rsidRDefault="00000000" w:rsidP="00DD4AFF">
          <w:pPr>
            <w:spacing w:after="40"/>
            <w:rPr>
              <w:sz w:val="32"/>
              <w:szCs w:val="32"/>
            </w:rPr>
          </w:pPr>
          <w:r w:rsidRPr="00DD4AFF">
            <w:rPr>
              <w:rFonts w:ascii="Aptos" w:hAnsi="Aptos"/>
              <w:b/>
              <w:color w:val="103460"/>
              <w:sz w:val="32"/>
              <w:szCs w:val="32"/>
            </w:rPr>
            <w:t>ČESKÝ SVAZ VODNÍHO</w:t>
          </w:r>
          <w:r w:rsidR="00DD4AFF" w:rsidRPr="00DD4AFF">
            <w:rPr>
              <w:rFonts w:ascii="Aptos" w:hAnsi="Aptos"/>
              <w:b/>
              <w:color w:val="103460"/>
              <w:sz w:val="32"/>
              <w:szCs w:val="32"/>
            </w:rPr>
            <w:t xml:space="preserve"> </w:t>
          </w:r>
          <w:r w:rsidRPr="00DD4AFF">
            <w:rPr>
              <w:rFonts w:ascii="Aptos" w:hAnsi="Aptos"/>
              <w:b/>
              <w:color w:val="103460"/>
              <w:sz w:val="32"/>
              <w:szCs w:val="32"/>
            </w:rPr>
            <w:t>MOTORISMU z.s.</w:t>
          </w:r>
        </w:p>
        <w:p w14:paraId="134C7B4B" w14:textId="77777777" w:rsidR="00CF6710" w:rsidRPr="00DD4AFF" w:rsidRDefault="00000000" w:rsidP="00DD4AFF">
          <w:pPr>
            <w:rPr>
              <w:b/>
              <w:bCs/>
            </w:rPr>
          </w:pPr>
          <w:r w:rsidRPr="00DD4AFF">
            <w:rPr>
              <w:rFonts w:ascii="Aptos" w:hAnsi="Aptos"/>
              <w:b/>
              <w:bCs/>
              <w:color w:val="505050"/>
              <w:sz w:val="18"/>
            </w:rPr>
            <w:t>Člen mezinárodní federace U.I.M. uznávané M.O.V.</w:t>
          </w:r>
          <w:r w:rsidR="000A33DE">
            <w:rPr>
              <w:rFonts w:ascii="Aptos" w:hAnsi="Aptos"/>
              <w:b/>
              <w:bCs/>
              <w:color w:val="505050"/>
              <w:sz w:val="18"/>
            </w:rPr>
            <w:t xml:space="preserve"> a ČOV</w:t>
          </w:r>
        </w:p>
      </w:tc>
      <w:tc>
        <w:tcPr>
          <w:tcW w:w="4080" w:type="dxa"/>
        </w:tcPr>
        <w:p w14:paraId="7822AAF5" w14:textId="77777777" w:rsidR="00CF6710" w:rsidRDefault="00CF6710"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0F36B50"/>
    <w:multiLevelType w:val="multilevel"/>
    <w:tmpl w:val="68D05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80663691">
    <w:abstractNumId w:val="8"/>
  </w:num>
  <w:num w:numId="2" w16cid:durableId="1257327994">
    <w:abstractNumId w:val="6"/>
  </w:num>
  <w:num w:numId="3" w16cid:durableId="955449891">
    <w:abstractNumId w:val="5"/>
  </w:num>
  <w:num w:numId="4" w16cid:durableId="1354847367">
    <w:abstractNumId w:val="4"/>
  </w:num>
  <w:num w:numId="5" w16cid:durableId="396442772">
    <w:abstractNumId w:val="7"/>
  </w:num>
  <w:num w:numId="6" w16cid:durableId="372312505">
    <w:abstractNumId w:val="3"/>
  </w:num>
  <w:num w:numId="7" w16cid:durableId="34698866">
    <w:abstractNumId w:val="2"/>
  </w:num>
  <w:num w:numId="8" w16cid:durableId="232281287">
    <w:abstractNumId w:val="1"/>
  </w:num>
  <w:num w:numId="9" w16cid:durableId="1944999027">
    <w:abstractNumId w:val="0"/>
  </w:num>
  <w:num w:numId="10" w16cid:durableId="211852226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7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547"/>
    <w:rsid w:val="00034616"/>
    <w:rsid w:val="0006063C"/>
    <w:rsid w:val="0006079E"/>
    <w:rsid w:val="00067FBD"/>
    <w:rsid w:val="000777D6"/>
    <w:rsid w:val="000A33DE"/>
    <w:rsid w:val="0015074B"/>
    <w:rsid w:val="0029639D"/>
    <w:rsid w:val="002C6977"/>
    <w:rsid w:val="002D1672"/>
    <w:rsid w:val="00321C95"/>
    <w:rsid w:val="00326F90"/>
    <w:rsid w:val="004F6547"/>
    <w:rsid w:val="005C6B2A"/>
    <w:rsid w:val="00651D1F"/>
    <w:rsid w:val="00A30CA4"/>
    <w:rsid w:val="00AA1D8D"/>
    <w:rsid w:val="00AD1F1D"/>
    <w:rsid w:val="00B47730"/>
    <w:rsid w:val="00CB0664"/>
    <w:rsid w:val="00CF6710"/>
    <w:rsid w:val="00D037B0"/>
    <w:rsid w:val="00DD4AFF"/>
    <w:rsid w:val="00E119A1"/>
    <w:rsid w:val="00E12B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F9D0B0"/>
  <w14:defaultImageDpi w14:val="300"/>
  <w15:docId w15:val="{A8154D2B-90CD-DC48-8E45-EF0905A1C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F6547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</w:pPr>
    <w:rPr>
      <w:rFonts w:ascii="Arial" w:eastAsia="Times New Roman" w:hAnsi="Arial" w:cs="Times New Roman"/>
      <w:kern w:val="2"/>
      <w:sz w:val="24"/>
      <w:szCs w:val="20"/>
      <w:lang w:val="cs-CZ" w:eastAsia="zh-CN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Standardnpsmoodstavce1">
    <w:name w:val="Standardní písmo odstavce1"/>
    <w:rsid w:val="004F6547"/>
  </w:style>
  <w:style w:type="character" w:customStyle="1" w:styleId="x4k7w5x">
    <w:name w:val="x4k7w5x"/>
    <w:basedOn w:val="Standardnpsmoodstavce1"/>
    <w:rsid w:val="004F6547"/>
  </w:style>
  <w:style w:type="paragraph" w:customStyle="1" w:styleId="Normln1">
    <w:name w:val="Normální1"/>
    <w:rsid w:val="004F6547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val="cs-CZ" w:eastAsia="zh-CN" w:bidi="hi-IN"/>
    </w:rPr>
  </w:style>
  <w:style w:type="paragraph" w:customStyle="1" w:styleId="Default">
    <w:name w:val="Default"/>
    <w:rsid w:val="004F6547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autoSpaceDE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nakralova/Desktop/CSVM_hlavickovy_papir_colou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CSVM_hlavickovy_papir_colour.dotx</Template>
  <TotalTime>7</TotalTime>
  <Pages>2</Pages>
  <Words>514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>generated by python-docx</dc:description>
  <cp:lastModifiedBy>Hana Králová</cp:lastModifiedBy>
  <cp:revision>3</cp:revision>
  <dcterms:created xsi:type="dcterms:W3CDTF">2026-05-14T09:22:00Z</dcterms:created>
  <dcterms:modified xsi:type="dcterms:W3CDTF">2026-05-14T09:31:00Z</dcterms:modified>
  <cp:category/>
</cp:coreProperties>
</file>